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mo" w:hAnsi="Arimo" w:eastAsia="Arimo"/>
          <w:b/>
          <w:i w:val="0"/>
          <w:color w:val="2E7D32"/>
          <w:sz w:val="36"/>
        </w:rPr>
        <w:t>TEST IZ MATEMATIKE</w:t>
      </w:r>
    </w:p>
    <w:p>
      <w:pPr>
        <w:spacing w:after="140"/>
        <w:jc w:val="center"/>
      </w:pPr>
      <w:r>
        <w:rPr>
          <w:rFonts w:ascii="Arimo" w:hAnsi="Arimo" w:eastAsia="Arimo"/>
          <w:b/>
          <w:i w:val="0"/>
          <w:color w:val="404040"/>
          <w:sz w:val="24"/>
        </w:rPr>
        <w:t>6. razred - celi brojevi</w:t>
      </w:r>
      <w:r>
        <w:rPr>
          <w:rFonts w:ascii="Arimo" w:hAnsi="Arimo" w:eastAsia="Arimo"/>
          <w:b w:val="0"/>
          <w:i w:val="0"/>
          <w:color w:val="5F6368"/>
          <w:sz w:val="21"/>
        </w:rPr>
        <w:t xml:space="preserve">  |  brojevna prava, suprotan broj i apsolutna vrednost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3456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1D5DB"/>
              <w:left w:val="single" w:sz="4" w:color="D1D5DB"/>
              <w:bottom w:val="single" w:sz="4" w:color="D1D5DB"/>
              <w:right w:val="single" w:sz="4" w:color="D1D5DB"/>
            </w:tcBorders>
          </w:tcPr>
          <w:p>
            <w:pPr>
              <w:spacing w:after="0"/>
            </w:pPr>
            <w:r>
              <w:rPr>
                <w:rFonts w:ascii="Arimo" w:hAnsi="Arimo" w:eastAsia="Arimo"/>
                <w:b/>
                <w:i w:val="0"/>
                <w:color w:val="5F6368"/>
                <w:sz w:val="17"/>
              </w:rPr>
              <w:t>Ime i prezime:</w:t>
              <w:br/>
            </w:r>
            <w:r>
              <w:rPr>
                <w:rFonts w:ascii="Arimo" w:hAnsi="Arimo" w:eastAsia="Arimo"/>
                <w:b w:val="0"/>
                <w:i w:val="0"/>
                <w:color w:val="202124"/>
                <w:sz w:val="20"/>
              </w:rPr>
              <w:t>__________________</w:t>
            </w:r>
          </w:p>
        </w:tc>
        <w:tc>
          <w:tcPr>
            <w:tcW w:type="dxa" w:w="1728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1D5DB"/>
              <w:left w:val="single" w:sz="4" w:color="D1D5DB"/>
              <w:bottom w:val="single" w:sz="4" w:color="D1D5DB"/>
              <w:right w:val="single" w:sz="4" w:color="D1D5DB"/>
            </w:tcBorders>
          </w:tcPr>
          <w:p>
            <w:pPr>
              <w:spacing w:after="0"/>
            </w:pPr>
            <w:r>
              <w:rPr>
                <w:rFonts w:ascii="Arimo" w:hAnsi="Arimo" w:eastAsia="Arimo"/>
                <w:b/>
                <w:i w:val="0"/>
                <w:color w:val="5F6368"/>
                <w:sz w:val="17"/>
              </w:rPr>
              <w:t>Odeljenje:</w:t>
              <w:br/>
            </w:r>
            <w:r>
              <w:rPr>
                <w:rFonts w:ascii="Arimo" w:hAnsi="Arimo" w:eastAsia="Arimo"/>
                <w:b w:val="0"/>
                <w:i w:val="0"/>
                <w:color w:val="202124"/>
                <w:sz w:val="20"/>
              </w:rPr>
              <w:t>______</w:t>
            </w:r>
          </w:p>
        </w:tc>
        <w:tc>
          <w:tcPr>
            <w:tcW w:type="dxa" w:w="2592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1D5DB"/>
              <w:left w:val="single" w:sz="4" w:color="D1D5DB"/>
              <w:bottom w:val="single" w:sz="4" w:color="D1D5DB"/>
              <w:right w:val="single" w:sz="4" w:color="D1D5DB"/>
            </w:tcBorders>
          </w:tcPr>
          <w:p>
            <w:pPr>
              <w:spacing w:after="0"/>
            </w:pPr>
            <w:r>
              <w:rPr>
                <w:rFonts w:ascii="Arimo" w:hAnsi="Arimo" w:eastAsia="Arimo"/>
                <w:b/>
                <w:i w:val="0"/>
                <w:color w:val="5F6368"/>
                <w:sz w:val="17"/>
              </w:rPr>
              <w:t>Datum:</w:t>
              <w:br/>
            </w:r>
            <w:r>
              <w:rPr>
                <w:rFonts w:ascii="Arimo" w:hAnsi="Arimo" w:eastAsia="Arimo"/>
                <w:b w:val="0"/>
                <w:i w:val="0"/>
                <w:color w:val="202124"/>
                <w:sz w:val="20"/>
              </w:rPr>
              <w:t>____________</w:t>
            </w:r>
          </w:p>
        </w:tc>
        <w:tc>
          <w:tcPr>
            <w:tcW w:type="dxa" w:w="2304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tcBorders>
              <w:top w:val="single" w:sz="4" w:color="D1D5DB"/>
              <w:left w:val="single" w:sz="4" w:color="D1D5DB"/>
              <w:bottom w:val="single" w:sz="4" w:color="D1D5DB"/>
              <w:right w:val="single" w:sz="4" w:color="D1D5DB"/>
            </w:tcBorders>
          </w:tcPr>
          <w:p>
            <w:pPr>
              <w:spacing w:after="0"/>
            </w:pPr>
            <w:r>
              <w:rPr>
                <w:rFonts w:ascii="Arimo" w:hAnsi="Arimo" w:eastAsia="Arimo"/>
                <w:b/>
                <w:i w:val="0"/>
                <w:color w:val="5F6368"/>
                <w:sz w:val="17"/>
              </w:rPr>
              <w:t>Ukupno:</w:t>
              <w:br/>
            </w:r>
            <w:r>
              <w:rPr>
                <w:rFonts w:ascii="Arimo" w:hAnsi="Arimo" w:eastAsia="Arimo"/>
                <w:b w:val="0"/>
                <w:i w:val="0"/>
                <w:color w:val="202124"/>
                <w:sz w:val="20"/>
              </w:rPr>
              <w:t>____ / 50</w:t>
            </w:r>
          </w:p>
        </w:tc>
      </w:tr>
      <w:tr>
        <w:tc>
          <w:tcPr>
            <w:tcW w:type="dxa" w:w="100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gridSpan w:val="4"/>
            <w:tcBorders>
              <w:top w:val="single" w:sz="4" w:color="D1D5DB"/>
              <w:left w:val="single" w:sz="4" w:color="D1D5DB"/>
              <w:bottom w:val="single" w:sz="4" w:color="D1D5DB"/>
              <w:right w:val="single" w:sz="4" w:color="D1D5DB"/>
            </w:tcBorders>
            <w:shd w:fill="F3F4F6"/>
          </w:tcPr>
          <w:p>
            <w:pPr>
              <w:spacing w:after="0"/>
            </w:pPr>
            <w:r>
              <w:rPr>
                <w:rFonts w:ascii="Arimo" w:hAnsi="Arimo" w:eastAsia="Arimo"/>
                <w:b w:val="0"/>
                <w:i w:val="0"/>
                <w:color w:val="4B5563"/>
                <w:sz w:val="18"/>
              </w:rPr>
              <w:t>Pažljivo pročitaj svaki zadatak. Na brojevnoj pravoj brojeve označavaj tačkom iznad odgovarajuće podele.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454"/>
            <w:shd w:fill="EAF4EA"/>
            <w:tcMar>
              <w:top w:w="65" w:type="dxa"/>
              <w:start w:w="120" w:type="dxa"/>
              <w:bottom w:w="65" w:type="dxa"/>
              <w:end w:w="120" w:type="dxa"/>
            </w:tcMar>
            <w:tcBorders>
              <w:bottom w:val="single" w:sz="5" w:color="DDE7DD"/>
            </w:tcBorders>
          </w:tcPr>
          <w:p>
            <w:pPr>
              <w:spacing w:after="0"/>
            </w:pPr>
            <w:r>
              <w:rPr>
                <w:rFonts w:ascii="Arimo" w:hAnsi="Arimo" w:eastAsia="Arimo"/>
                <w:b/>
                <w:i w:val="0"/>
                <w:color w:val="2E7D32"/>
                <w:sz w:val="21"/>
              </w:rPr>
              <w:t>A. BROJEVNA PRAVA</w:t>
            </w:r>
          </w:p>
        </w:tc>
      </w:tr>
    </w:tbl>
    <w:p>
      <w:pPr>
        <w:spacing w:after="0"/>
      </w:pPr>
    </w:p>
    <w:p>
      <w:pPr>
        <w:keepNext/>
        <w:spacing w:before="40" w:after="60" w:line="259" w:lineRule="auto"/>
      </w:pPr>
      <w:r>
        <w:rPr>
          <w:rFonts w:ascii="Arimo" w:hAnsi="Arimo" w:eastAsia="Arimo"/>
          <w:b/>
          <w:i w:val="0"/>
          <w:color w:val="2E7D32"/>
          <w:sz w:val="22"/>
        </w:rPr>
        <w:t xml:space="preserve">1. </w:t>
      </w:r>
      <w:r>
        <w:rPr>
          <w:rFonts w:ascii="Arimo" w:hAnsi="Arimo" w:eastAsia="Arimo"/>
          <w:b w:val="0"/>
          <w:i w:val="0"/>
          <w:color w:val="202124"/>
          <w:sz w:val="22"/>
        </w:rPr>
        <w:t>Na brojevnoj pravoj označi tačke koje predstavljaju elemente skupa A = {-6, -3, -1, 2, 5}.</w:t>
      </w:r>
      <w:r>
        <w:rPr>
          <w:rFonts w:ascii="Arimo" w:hAnsi="Arimo" w:eastAsia="Arimo"/>
          <w:b w:val="0"/>
          <w:i/>
          <w:color w:val="5F6368"/>
          <w:sz w:val="19"/>
        </w:rPr>
        <w:t xml:space="preserve">   (5 poena)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309360" cy="8529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l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8529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before="40" w:after="60" w:line="259" w:lineRule="auto"/>
      </w:pPr>
      <w:r>
        <w:rPr>
          <w:rFonts w:ascii="Arimo" w:hAnsi="Arimo" w:eastAsia="Arimo"/>
          <w:b/>
          <w:i w:val="0"/>
          <w:color w:val="2E7D32"/>
          <w:sz w:val="22"/>
        </w:rPr>
        <w:t xml:space="preserve">2. </w:t>
      </w:r>
      <w:r>
        <w:rPr>
          <w:rFonts w:ascii="Arimo" w:hAnsi="Arimo" w:eastAsia="Arimo"/>
          <w:b w:val="0"/>
          <w:i w:val="0"/>
          <w:color w:val="202124"/>
          <w:sz w:val="22"/>
        </w:rPr>
        <w:t>Na prikazanoj brojevnoj pravoj tačke A, B, C, D i E predstavljaju cele brojeve. Zapiši koji broj predstavlja svaka tačka.</w:t>
      </w:r>
      <w:r>
        <w:rPr>
          <w:rFonts w:ascii="Arimo" w:hAnsi="Arimo" w:eastAsia="Arimo"/>
          <w:b w:val="0"/>
          <w:i/>
          <w:color w:val="5F6368"/>
          <w:sz w:val="19"/>
        </w:rPr>
        <w:t xml:space="preserve">   (5 poena)</w:t>
      </w:r>
    </w:p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6126480" cy="82819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l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828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40" w:lineRule="auto"/>
        <w:ind w:left="432"/>
      </w:pPr>
      <w:r>
        <w:rPr>
          <w:rFonts w:ascii="Arimo" w:hAnsi="Arimo" w:eastAsia="Arimo"/>
          <w:b w:val="0"/>
          <w:i w:val="0"/>
          <w:color w:val="202124"/>
          <w:sz w:val="21"/>
        </w:rPr>
        <w:t xml:space="preserve">A = ____    B = ____    C = ____    D = ____    E = ____  </w:t>
      </w:r>
      <w:r>
        <w:rPr>
          <w:rFonts w:ascii="Arimo" w:hAnsi="Arimo" w:eastAsia="Arimo"/>
          <w:b w:val="0"/>
          <w:i w:val="0"/>
          <w:color w:val="6B7280"/>
          <w:sz w:val="20"/>
        </w:rPr>
      </w:r>
    </w:p>
    <w:p>
      <w:pPr>
        <w:keepNext w:val="0"/>
        <w:spacing w:before="40" w:after="60" w:line="259" w:lineRule="auto"/>
      </w:pPr>
      <w:r>
        <w:rPr>
          <w:rFonts w:ascii="Arimo" w:hAnsi="Arimo" w:eastAsia="Arimo"/>
          <w:b/>
          <w:i w:val="0"/>
          <w:color w:val="2E7D32"/>
          <w:sz w:val="22"/>
        </w:rPr>
        <w:t xml:space="preserve">3. </w:t>
      </w:r>
      <w:r>
        <w:rPr>
          <w:rFonts w:ascii="Arimo" w:hAnsi="Arimo" w:eastAsia="Arimo"/>
          <w:b w:val="0"/>
          <w:i w:val="0"/>
          <w:color w:val="202124"/>
          <w:sz w:val="22"/>
        </w:rPr>
        <w:t>U svakom paru zaokruži broj koji se nalazi desno na brojevnoj pravoj.</w:t>
      </w:r>
      <w:r>
        <w:rPr>
          <w:rFonts w:ascii="Arimo" w:hAnsi="Arimo" w:eastAsia="Arimo"/>
          <w:b w:val="0"/>
          <w:i/>
          <w:color w:val="5F6368"/>
          <w:sz w:val="19"/>
        </w:rPr>
        <w:t xml:space="preserve">   (4 poena)</w:t>
      </w:r>
    </w:p>
    <w:p>
      <w:pPr>
        <w:keepNext w:val="0"/>
        <w:spacing w:after="120" w:line="254" w:lineRule="auto"/>
        <w:ind w:left="403"/>
      </w:pPr>
      <w:r>
        <w:rPr>
          <w:rFonts w:ascii="Arimo" w:hAnsi="Arimo" w:eastAsia="Arimo"/>
          <w:b w:val="0"/>
          <w:i w:val="0"/>
          <w:color w:val="202124"/>
          <w:sz w:val="22"/>
        </w:rPr>
        <w:t>a)  -4  i  1        b)  -7  i  -2        c)  0  i  -3        d)  5  i  -1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454"/>
            <w:shd w:fill="EAF4EA"/>
            <w:tcMar>
              <w:top w:w="65" w:type="dxa"/>
              <w:start w:w="120" w:type="dxa"/>
              <w:bottom w:w="65" w:type="dxa"/>
              <w:end w:w="120" w:type="dxa"/>
            </w:tcMar>
            <w:tcBorders>
              <w:bottom w:val="single" w:sz="5" w:color="DDE7DD"/>
            </w:tcBorders>
          </w:tcPr>
          <w:p>
            <w:pPr>
              <w:spacing w:after="0"/>
            </w:pPr>
            <w:r>
              <w:rPr>
                <w:rFonts w:ascii="Arimo" w:hAnsi="Arimo" w:eastAsia="Arimo"/>
                <w:b/>
                <w:i w:val="0"/>
                <w:color w:val="2E7D32"/>
                <w:sz w:val="21"/>
              </w:rPr>
              <w:t>B. SUPROTAN BROJ</w:t>
            </w:r>
          </w:p>
        </w:tc>
      </w:tr>
    </w:tbl>
    <w:p>
      <w:pPr>
        <w:spacing w:after="0"/>
      </w:pPr>
    </w:p>
    <w:p>
      <w:pPr>
        <w:keepNext w:val="0"/>
        <w:spacing w:before="40" w:after="60" w:line="259" w:lineRule="auto"/>
      </w:pPr>
      <w:r>
        <w:rPr>
          <w:rFonts w:ascii="Arimo" w:hAnsi="Arimo" w:eastAsia="Arimo"/>
          <w:b/>
          <w:i w:val="0"/>
          <w:color w:val="2E7D32"/>
          <w:sz w:val="22"/>
        </w:rPr>
        <w:t xml:space="preserve">4. </w:t>
      </w:r>
      <w:r>
        <w:rPr>
          <w:rFonts w:ascii="Arimo" w:hAnsi="Arimo" w:eastAsia="Arimo"/>
          <w:b w:val="0"/>
          <w:i w:val="0"/>
          <w:color w:val="202124"/>
          <w:sz w:val="22"/>
        </w:rPr>
        <w:t>Napiši broj suprotan svakom datom broju.</w:t>
      </w:r>
      <w:r>
        <w:rPr>
          <w:rFonts w:ascii="Arimo" w:hAnsi="Arimo" w:eastAsia="Arimo"/>
          <w:b w:val="0"/>
          <w:i/>
          <w:color w:val="5F6368"/>
          <w:sz w:val="19"/>
        </w:rPr>
        <w:t xml:space="preserve">   (5 poena)</w:t>
      </w:r>
    </w:p>
    <w:p>
      <w:pPr>
        <w:keepNext w:val="0"/>
        <w:spacing w:after="100" w:line="254" w:lineRule="auto"/>
        <w:ind w:left="403"/>
      </w:pPr>
      <w:r>
        <w:rPr>
          <w:rFonts w:ascii="Arimo" w:hAnsi="Arimo" w:eastAsia="Arimo"/>
          <w:b w:val="0"/>
          <w:i w:val="0"/>
          <w:color w:val="202124"/>
          <w:sz w:val="22"/>
        </w:rPr>
        <w:t>7 -&gt; ______     -4 -&gt; ______     0 -&gt; ______     -12 -&gt; ______     3 -&gt; ______</w:t>
      </w:r>
    </w:p>
    <w:p>
      <w:pPr>
        <w:keepNext/>
        <w:spacing w:before="40" w:after="60" w:line="259" w:lineRule="auto"/>
      </w:pPr>
      <w:r>
        <w:rPr>
          <w:rFonts w:ascii="Arimo" w:hAnsi="Arimo" w:eastAsia="Arimo"/>
          <w:b/>
          <w:i w:val="0"/>
          <w:color w:val="2E7D32"/>
          <w:sz w:val="22"/>
        </w:rPr>
        <w:t xml:space="preserve">5. </w:t>
      </w:r>
      <w:r>
        <w:rPr>
          <w:rFonts w:ascii="Arimo" w:hAnsi="Arimo" w:eastAsia="Arimo"/>
          <w:b w:val="0"/>
          <w:i w:val="0"/>
          <w:color w:val="202124"/>
          <w:sz w:val="22"/>
        </w:rPr>
        <w:t>Dopuni tabelu.</w:t>
      </w:r>
      <w:r>
        <w:rPr>
          <w:rFonts w:ascii="Arimo" w:hAnsi="Arimo" w:eastAsia="Arimo"/>
          <w:b w:val="0"/>
          <w:i/>
          <w:color w:val="5F6368"/>
          <w:sz w:val="19"/>
        </w:rPr>
        <w:t xml:space="preserve">   (5 poena)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2"/>
        <w:gridCol w:w="1742"/>
        <w:gridCol w:w="1742"/>
        <w:gridCol w:w="1742"/>
        <w:gridCol w:w="1742"/>
        <w:gridCol w:w="1742"/>
      </w:tblGrid>
      <w:tr>
        <w:tc>
          <w:tcPr>
            <w:tcW w:type="dxa" w:w="180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  <w:shd w:fill="EAF4EA"/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/>
                <w:i w:val="0"/>
                <w:color w:val="2E7D32"/>
                <w:sz w:val="19"/>
              </w:rPr>
              <w:t>Broj</w:t>
            </w:r>
          </w:p>
        </w:tc>
        <w:tc>
          <w:tcPr>
            <w:tcW w:type="dxa" w:w="144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 w:val="0"/>
                <w:i w:val="0"/>
                <w:color w:val="202124"/>
                <w:sz w:val="21"/>
              </w:rPr>
              <w:t>-9</w:t>
            </w:r>
          </w:p>
        </w:tc>
        <w:tc>
          <w:tcPr>
            <w:tcW w:type="dxa" w:w="144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 w:val="0"/>
                <w:i w:val="0"/>
                <w:color w:val="202124"/>
                <w:sz w:val="21"/>
              </w:rPr>
              <w:t>______</w:t>
            </w:r>
          </w:p>
        </w:tc>
        <w:tc>
          <w:tcPr>
            <w:tcW w:type="dxa" w:w="144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 w:val="0"/>
                <w:i w:val="0"/>
                <w:color w:val="202124"/>
                <w:sz w:val="21"/>
              </w:rPr>
              <w:t>0</w:t>
            </w:r>
          </w:p>
        </w:tc>
        <w:tc>
          <w:tcPr>
            <w:tcW w:type="dxa" w:w="144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 w:val="0"/>
                <w:i w:val="0"/>
                <w:color w:val="202124"/>
                <w:sz w:val="21"/>
              </w:rPr>
              <w:t>14</w:t>
            </w:r>
          </w:p>
        </w:tc>
        <w:tc>
          <w:tcPr>
            <w:tcW w:type="dxa" w:w="144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 w:val="0"/>
                <w:i w:val="0"/>
                <w:color w:val="202124"/>
                <w:sz w:val="21"/>
              </w:rPr>
              <w:t>______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  <w:shd w:fill="EAF4EA"/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/>
                <w:i w:val="0"/>
                <w:color w:val="2E7D32"/>
                <w:sz w:val="19"/>
              </w:rPr>
              <w:t>Suprotan broj</w:t>
            </w:r>
          </w:p>
        </w:tc>
        <w:tc>
          <w:tcPr>
            <w:tcW w:type="dxa" w:w="144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 w:val="0"/>
                <w:i w:val="0"/>
                <w:color w:val="202124"/>
                <w:sz w:val="21"/>
              </w:rPr>
              <w:t>______</w:t>
            </w:r>
          </w:p>
        </w:tc>
        <w:tc>
          <w:tcPr>
            <w:tcW w:type="dxa" w:w="144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 w:val="0"/>
                <w:i w:val="0"/>
                <w:color w:val="202124"/>
                <w:sz w:val="21"/>
              </w:rPr>
              <w:t>6</w:t>
            </w:r>
          </w:p>
        </w:tc>
        <w:tc>
          <w:tcPr>
            <w:tcW w:type="dxa" w:w="144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 w:val="0"/>
                <w:i w:val="0"/>
                <w:color w:val="202124"/>
                <w:sz w:val="21"/>
              </w:rPr>
              <w:t>______</w:t>
            </w:r>
          </w:p>
        </w:tc>
        <w:tc>
          <w:tcPr>
            <w:tcW w:type="dxa" w:w="144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 w:val="0"/>
                <w:i w:val="0"/>
                <w:color w:val="202124"/>
                <w:sz w:val="21"/>
              </w:rPr>
              <w:t>______</w:t>
            </w:r>
          </w:p>
        </w:tc>
        <w:tc>
          <w:tcPr>
            <w:tcW w:type="dxa" w:w="1440"/>
            <w:vAlign w:val="center"/>
            <w:tcMar>
              <w:top w:w="80" w:type="dxa"/>
              <w:start w:w="70" w:type="dxa"/>
              <w:bottom w:w="80" w:type="dxa"/>
              <w:end w:w="70" w:type="dxa"/>
            </w:tcMar>
            <w:tcBorders>
              <w:top w:val="single" w:sz="5" w:color="C9D1C9"/>
              <w:left w:val="single" w:sz="5" w:color="C9D1C9"/>
              <w:bottom w:val="single" w:sz="5" w:color="C9D1C9"/>
              <w:right w:val="single" w:sz="5" w:color="C9D1C9"/>
            </w:tcBorders>
          </w:tcPr>
          <w:p>
            <w:pPr>
              <w:spacing w:after="0"/>
              <w:jc w:val="center"/>
            </w:pPr>
            <w:r>
              <w:rPr>
                <w:rFonts w:ascii="Arimo" w:hAnsi="Arimo" w:eastAsia="Arimo"/>
                <w:b w:val="0"/>
                <w:i w:val="0"/>
                <w:color w:val="202124"/>
                <w:sz w:val="21"/>
              </w:rPr>
              <w:t>-2</w:t>
            </w:r>
          </w:p>
        </w:tc>
      </w:tr>
    </w:tbl>
    <w:p>
      <w:pPr>
        <w:keepNext w:val="0"/>
        <w:spacing w:before="40" w:after="60" w:line="259" w:lineRule="auto"/>
      </w:pPr>
      <w:r>
        <w:rPr>
          <w:rFonts w:ascii="Arimo" w:hAnsi="Arimo" w:eastAsia="Arimo"/>
          <w:b/>
          <w:i w:val="0"/>
          <w:color w:val="2E7D32"/>
          <w:sz w:val="22"/>
        </w:rPr>
        <w:t xml:space="preserve">6. </w:t>
      </w:r>
      <w:r>
        <w:rPr>
          <w:rFonts w:ascii="Arimo" w:hAnsi="Arimo" w:eastAsia="Arimo"/>
          <w:b w:val="0"/>
          <w:i w:val="0"/>
          <w:color w:val="202124"/>
          <w:sz w:val="22"/>
        </w:rPr>
        <w:t>Odredi x.</w:t>
      </w:r>
      <w:r>
        <w:rPr>
          <w:rFonts w:ascii="Arimo" w:hAnsi="Arimo" w:eastAsia="Arimo"/>
          <w:b w:val="0"/>
          <w:i/>
          <w:color w:val="5F6368"/>
          <w:sz w:val="19"/>
        </w:rPr>
        <w:t xml:space="preserve">   (4 poena)</w:t>
      </w:r>
    </w:p>
    <w:p>
      <w:pPr>
        <w:keepNext w:val="0"/>
        <w:spacing w:after="40" w:line="254" w:lineRule="auto"/>
        <w:ind w:left="360"/>
      </w:pPr>
      <w:r>
        <w:rPr>
          <w:rFonts w:ascii="Arimo" w:hAnsi="Arimo" w:eastAsia="Arimo"/>
          <w:b w:val="0"/>
          <w:i w:val="0"/>
          <w:color w:val="202124"/>
          <w:sz w:val="21"/>
        </w:rPr>
        <w:t>a) Suprotan broj broju x je 5.                         x = ______</w:t>
      </w:r>
    </w:p>
    <w:p>
      <w:pPr>
        <w:keepNext w:val="0"/>
        <w:spacing w:after="40" w:line="254" w:lineRule="auto"/>
        <w:ind w:left="360"/>
      </w:pPr>
      <w:r>
        <w:rPr>
          <w:rFonts w:ascii="Arimo" w:hAnsi="Arimo" w:eastAsia="Arimo"/>
          <w:b w:val="0"/>
          <w:i w:val="0"/>
          <w:color w:val="202124"/>
          <w:sz w:val="21"/>
        </w:rPr>
        <w:t>b) Suprotan broj broju x je -8.                        x = ______</w:t>
      </w:r>
    </w:p>
    <w:p>
      <w:pPr>
        <w:keepNext w:val="0"/>
        <w:spacing w:after="40" w:line="254" w:lineRule="auto"/>
        <w:ind w:left="360"/>
      </w:pPr>
      <w:r>
        <w:rPr>
          <w:rFonts w:ascii="Arimo" w:hAnsi="Arimo" w:eastAsia="Arimo"/>
          <w:b w:val="0"/>
          <w:i w:val="0"/>
          <w:color w:val="202124"/>
          <w:sz w:val="21"/>
        </w:rPr>
        <w:t>c) x je suprotan broj broju -11.                       x = ______</w:t>
      </w:r>
    </w:p>
    <w:p>
      <w:pPr>
        <w:keepNext w:val="0"/>
        <w:spacing w:after="40" w:line="254" w:lineRule="auto"/>
        <w:ind w:left="360"/>
      </w:pPr>
      <w:r>
        <w:rPr>
          <w:rFonts w:ascii="Arimo" w:hAnsi="Arimo" w:eastAsia="Arimo"/>
          <w:b w:val="0"/>
          <w:i w:val="0"/>
          <w:color w:val="202124"/>
          <w:sz w:val="21"/>
        </w:rPr>
        <w:t>d) x je suprotan broj broju 6.                         x = 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454"/>
            <w:shd w:fill="EAF4EA"/>
            <w:tcMar>
              <w:top w:w="65" w:type="dxa"/>
              <w:start w:w="120" w:type="dxa"/>
              <w:bottom w:w="65" w:type="dxa"/>
              <w:end w:w="120" w:type="dxa"/>
            </w:tcMar>
            <w:tcBorders>
              <w:bottom w:val="single" w:sz="5" w:color="DDE7DD"/>
            </w:tcBorders>
          </w:tcPr>
          <w:p>
            <w:pPr>
              <w:spacing w:after="0"/>
            </w:pPr>
            <w:r>
              <w:rPr>
                <w:rFonts w:ascii="Arimo" w:hAnsi="Arimo" w:eastAsia="Arimo"/>
                <w:b/>
                <w:i w:val="0"/>
                <w:color w:val="2E7D32"/>
                <w:sz w:val="21"/>
              </w:rPr>
              <w:t>C. APSOLUTNA VREDNOST CELOG BROJA</w:t>
            </w:r>
          </w:p>
        </w:tc>
      </w:tr>
    </w:tbl>
    <w:p>
      <w:pPr>
        <w:spacing w:after="0"/>
      </w:pPr>
    </w:p>
    <w:p>
      <w:pPr>
        <w:keepNext w:val="0"/>
        <w:spacing w:before="40" w:after="60" w:line="259" w:lineRule="auto"/>
      </w:pPr>
      <w:r>
        <w:rPr>
          <w:rFonts w:ascii="Arimo" w:hAnsi="Arimo" w:eastAsia="Arimo"/>
          <w:b/>
          <w:i w:val="0"/>
          <w:color w:val="2E7D32"/>
          <w:sz w:val="22"/>
        </w:rPr>
        <w:t xml:space="preserve">7. </w:t>
      </w:r>
      <w:r>
        <w:rPr>
          <w:rFonts w:ascii="Arimo" w:hAnsi="Arimo" w:eastAsia="Arimo"/>
          <w:b w:val="0"/>
          <w:i w:val="0"/>
          <w:color w:val="202124"/>
          <w:sz w:val="22"/>
        </w:rPr>
        <w:t>Izračunaj.</w:t>
      </w:r>
      <w:r>
        <w:rPr>
          <w:rFonts w:ascii="Arimo" w:hAnsi="Arimo" w:eastAsia="Arimo"/>
          <w:b w:val="0"/>
          <w:i/>
          <w:color w:val="5F6368"/>
          <w:sz w:val="19"/>
        </w:rPr>
        <w:t xml:space="preserve">   (5 poena)</w:t>
      </w:r>
    </w:p>
    <w:p>
      <w:pPr>
        <w:keepNext w:val="0"/>
        <w:spacing w:after="120" w:line="254" w:lineRule="auto"/>
        <w:ind w:left="403"/>
      </w:pPr>
      <w:r>
        <w:rPr>
          <w:rFonts w:ascii="Arimo" w:hAnsi="Arimo" w:eastAsia="Arimo"/>
          <w:b w:val="0"/>
          <w:i w:val="0"/>
          <w:color w:val="202124"/>
          <w:sz w:val="22"/>
        </w:rPr>
        <w:t>|-8| = ____      |5| = ____      |0| = ____      |-13| = ____      |9| = ____</w:t>
      </w:r>
    </w:p>
    <w:p>
      <w:pPr>
        <w:keepNext w:val="0"/>
        <w:spacing w:before="40" w:after="60" w:line="259" w:lineRule="auto"/>
      </w:pPr>
      <w:r>
        <w:rPr>
          <w:rFonts w:ascii="Arimo" w:hAnsi="Arimo" w:eastAsia="Arimo"/>
          <w:b/>
          <w:i w:val="0"/>
          <w:color w:val="2E7D32"/>
          <w:sz w:val="22"/>
        </w:rPr>
        <w:t xml:space="preserve">8. </w:t>
      </w:r>
      <w:r>
        <w:rPr>
          <w:rFonts w:ascii="Arimo" w:hAnsi="Arimo" w:eastAsia="Arimo"/>
          <w:b w:val="0"/>
          <w:i w:val="0"/>
          <w:color w:val="202124"/>
          <w:sz w:val="22"/>
        </w:rPr>
        <w:t>Dopuni.</w:t>
      </w:r>
      <w:r>
        <w:rPr>
          <w:rFonts w:ascii="Arimo" w:hAnsi="Arimo" w:eastAsia="Arimo"/>
          <w:b w:val="0"/>
          <w:i/>
          <w:color w:val="5F6368"/>
          <w:sz w:val="19"/>
        </w:rPr>
        <w:t xml:space="preserve">   (7 poena)</w:t>
      </w:r>
    </w:p>
    <w:p>
      <w:pPr>
        <w:keepNext w:val="0"/>
        <w:spacing w:after="40" w:line="254" w:lineRule="auto"/>
        <w:ind w:left="360"/>
      </w:pPr>
      <w:r>
        <w:rPr>
          <w:rFonts w:ascii="Arimo" w:hAnsi="Arimo" w:eastAsia="Arimo"/>
          <w:b w:val="0"/>
          <w:i w:val="0"/>
          <w:color w:val="202124"/>
          <w:sz w:val="21"/>
        </w:rPr>
        <w:t>a) |x| = 4        x = ______ ili x = ______</w:t>
      </w:r>
    </w:p>
    <w:p>
      <w:pPr>
        <w:keepNext w:val="0"/>
        <w:spacing w:after="40" w:line="254" w:lineRule="auto"/>
        <w:ind w:left="360"/>
      </w:pPr>
      <w:r>
        <w:rPr>
          <w:rFonts w:ascii="Arimo" w:hAnsi="Arimo" w:eastAsia="Arimo"/>
          <w:b w:val="0"/>
          <w:i w:val="0"/>
          <w:color w:val="202124"/>
          <w:sz w:val="21"/>
        </w:rPr>
        <w:t>b) |x| = 7        x = ______ ili x = ______</w:t>
      </w:r>
    </w:p>
    <w:p>
      <w:pPr>
        <w:keepNext w:val="0"/>
        <w:spacing w:after="40" w:line="254" w:lineRule="auto"/>
        <w:ind w:left="360"/>
      </w:pPr>
      <w:r>
        <w:rPr>
          <w:rFonts w:ascii="Arimo" w:hAnsi="Arimo" w:eastAsia="Arimo"/>
          <w:b w:val="0"/>
          <w:i w:val="0"/>
          <w:color w:val="202124"/>
          <w:sz w:val="21"/>
        </w:rPr>
        <w:t>c) |x| = 0        x = ______</w:t>
      </w:r>
    </w:p>
    <w:p>
      <w:pPr>
        <w:keepNext w:val="0"/>
        <w:spacing w:after="40" w:line="254" w:lineRule="auto"/>
        <w:ind w:left="360"/>
      </w:pPr>
      <w:r>
        <w:rPr>
          <w:rFonts w:ascii="Arimo" w:hAnsi="Arimo" w:eastAsia="Arimo"/>
          <w:b w:val="0"/>
          <w:i w:val="0"/>
          <w:color w:val="202124"/>
          <w:sz w:val="21"/>
        </w:rPr>
        <w:t>d) Napiši sve cele brojeve čija je apsolutna vrednost manja od 3:  { __________________________ }</w:t>
      </w:r>
    </w:p>
    <w:p>
      <w:pPr>
        <w:keepNext/>
        <w:spacing w:before="40" w:after="60" w:line="259" w:lineRule="auto"/>
      </w:pPr>
      <w:r>
        <w:rPr>
          <w:rFonts w:ascii="Arimo" w:hAnsi="Arimo" w:eastAsia="Arimo"/>
          <w:b/>
          <w:i w:val="0"/>
          <w:color w:val="2E7D32"/>
          <w:sz w:val="22"/>
        </w:rPr>
        <w:t xml:space="preserve">9. </w:t>
      </w:r>
      <w:r>
        <w:rPr>
          <w:rFonts w:ascii="Arimo" w:hAnsi="Arimo" w:eastAsia="Arimo"/>
          <w:b w:val="0"/>
          <w:i w:val="0"/>
          <w:color w:val="202124"/>
          <w:sz w:val="22"/>
        </w:rPr>
        <w:t>Na brojevnoj pravoj: a) označi broj -4 i njemu suprotan broj; b) označi sve cele brojeve čija je apsolutna vrednost 2.</w:t>
      </w:r>
      <w:r>
        <w:rPr>
          <w:rFonts w:ascii="Arimo" w:hAnsi="Arimo" w:eastAsia="Arimo"/>
          <w:b w:val="0"/>
          <w:i/>
          <w:color w:val="5F6368"/>
          <w:sz w:val="19"/>
        </w:rPr>
        <w:t xml:space="preserve">   (4 poena)</w:t>
      </w:r>
    </w:p>
    <w:p>
      <w:pPr>
        <w:spacing w:after="100"/>
        <w:jc w:val="center"/>
      </w:pPr>
      <w:r>
        <w:drawing>
          <wp:inline xmlns:a="http://schemas.openxmlformats.org/drawingml/2006/main" xmlns:pic="http://schemas.openxmlformats.org/drawingml/2006/picture">
            <wp:extent cx="6126480" cy="82819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l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82819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454"/>
            <w:shd w:fill="EAF4EA"/>
            <w:tcMar>
              <w:top w:w="65" w:type="dxa"/>
              <w:start w:w="120" w:type="dxa"/>
              <w:bottom w:w="65" w:type="dxa"/>
              <w:end w:w="120" w:type="dxa"/>
            </w:tcMar>
            <w:tcBorders>
              <w:bottom w:val="single" w:sz="5" w:color="DDE7DD"/>
            </w:tcBorders>
          </w:tcPr>
          <w:p>
            <w:pPr>
              <w:spacing w:after="0"/>
            </w:pPr>
            <w:r>
              <w:rPr>
                <w:rFonts w:ascii="Arimo" w:hAnsi="Arimo" w:eastAsia="Arimo"/>
                <w:b/>
                <w:i w:val="0"/>
                <w:color w:val="2E7D32"/>
                <w:sz w:val="21"/>
              </w:rPr>
              <w:t>D. POVEŽI ZNANJE</w:t>
            </w:r>
          </w:p>
        </w:tc>
      </w:tr>
    </w:tbl>
    <w:p>
      <w:pPr>
        <w:spacing w:after="0"/>
      </w:pPr>
    </w:p>
    <w:p>
      <w:pPr>
        <w:keepNext w:val="0"/>
        <w:spacing w:before="40" w:after="60" w:line="259" w:lineRule="auto"/>
      </w:pPr>
      <w:r>
        <w:rPr>
          <w:rFonts w:ascii="Arimo" w:hAnsi="Arimo" w:eastAsia="Arimo"/>
          <w:b/>
          <w:i w:val="0"/>
          <w:color w:val="2E7D32"/>
          <w:sz w:val="22"/>
        </w:rPr>
        <w:t xml:space="preserve">10. </w:t>
      </w:r>
      <w:r>
        <w:rPr>
          <w:rFonts w:ascii="Arimo" w:hAnsi="Arimo" w:eastAsia="Arimo"/>
          <w:b w:val="0"/>
          <w:i w:val="0"/>
          <w:color w:val="202124"/>
          <w:sz w:val="22"/>
        </w:rPr>
        <w:t>Dat je skup B = {-8, -5, -2, 0, 2, 4, 8}. Odgovori na pitanja.</w:t>
      </w:r>
      <w:r>
        <w:rPr>
          <w:rFonts w:ascii="Arimo" w:hAnsi="Arimo" w:eastAsia="Arimo"/>
          <w:b w:val="0"/>
          <w:i/>
          <w:color w:val="5F6368"/>
          <w:sz w:val="19"/>
        </w:rPr>
        <w:t xml:space="preserve">   (6 poena)</w:t>
      </w:r>
    </w:p>
    <w:p>
      <w:pPr>
        <w:keepNext w:val="0"/>
        <w:spacing w:after="60" w:line="254" w:lineRule="auto"/>
        <w:ind w:left="288"/>
      </w:pPr>
      <w:r>
        <w:rPr>
          <w:rFonts w:ascii="Arimo" w:hAnsi="Arimo" w:eastAsia="Arimo"/>
          <w:b w:val="0"/>
          <w:i w:val="0"/>
          <w:color w:val="202124"/>
          <w:sz w:val="21"/>
        </w:rPr>
        <w:t>a) Izdvoj parove suprotnih brojeva: _______________________________________________</w:t>
      </w:r>
    </w:p>
    <w:p>
      <w:pPr>
        <w:keepNext w:val="0"/>
        <w:spacing w:after="60" w:line="254" w:lineRule="auto"/>
        <w:ind w:left="288"/>
      </w:pPr>
      <w:r>
        <w:rPr>
          <w:rFonts w:ascii="Arimo" w:hAnsi="Arimo" w:eastAsia="Arimo"/>
          <w:b w:val="0"/>
          <w:i w:val="0"/>
          <w:color w:val="202124"/>
          <w:sz w:val="21"/>
        </w:rPr>
        <w:t>b) Izračunaj: |-8| = ____   |-5| = ____   |0| = ____   |4| = ____</w:t>
      </w:r>
    </w:p>
    <w:p>
      <w:pPr>
        <w:keepNext w:val="0"/>
        <w:spacing w:after="60" w:line="254" w:lineRule="auto"/>
        <w:ind w:left="288"/>
      </w:pPr>
      <w:r>
        <w:rPr>
          <w:rFonts w:ascii="Arimo" w:hAnsi="Arimo" w:eastAsia="Arimo"/>
          <w:b w:val="0"/>
          <w:i w:val="0"/>
          <w:color w:val="202124"/>
          <w:sz w:val="21"/>
        </w:rPr>
        <w:t>c) Koji elementi skupa B su najudaljeniji od nule? _________________________________</w:t>
      </w:r>
    </w:p>
    <w:p>
      <w:pPr>
        <w:keepNext w:val="0"/>
        <w:spacing w:after="60" w:line="254" w:lineRule="auto"/>
        <w:ind w:left="288"/>
      </w:pPr>
      <w:r>
        <w:rPr>
          <w:rFonts w:ascii="Arimo" w:hAnsi="Arimo" w:eastAsia="Arimo"/>
          <w:b w:val="0"/>
          <w:i w:val="0"/>
          <w:color w:val="202124"/>
          <w:sz w:val="21"/>
        </w:rPr>
        <w:t>d) Koji element skupa B nema različit suprotan broj? _______________________________</w:t>
      </w:r>
    </w:p>
    <w:p>
      <w:pPr>
        <w:spacing w:before="120" w:after="0"/>
        <w:jc w:val="right"/>
      </w:pPr>
      <w:r>
        <w:rPr>
          <w:rFonts w:ascii="Arimo" w:hAnsi="Arimo" w:eastAsia="Arimo"/>
          <w:b/>
          <w:i w:val="0"/>
          <w:color w:val="2E7D32"/>
          <w:sz w:val="19"/>
        </w:rPr>
        <w:t>Ukupno: 50 poena</w:t>
      </w:r>
    </w:p>
    <w:sectPr w:rsidR="00FC693F" w:rsidRPr="0006063C" w:rsidSect="00034616">
      <w:pgSz w:w="12240" w:h="15840"/>
      <w:pgMar w:top="749" w:right="893" w:bottom="749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mo" w:hAnsi="Arimo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iz matematike - 6. razred - celi brojevi</dc:title>
  <dc:subject>Brojevna prava, suprotan broj i apsolutna vrednost celog broja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