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  <w:keepLines/>
      </w:pPr>
      <w:r>
        <w:rPr>
          <w:rFonts w:ascii="Arial" w:hAnsi="Arial"/>
          <w:b/>
          <w:color w:val="24475E"/>
          <w:sz w:val="32"/>
        </w:rPr>
        <w:t>ТЕСТ – ЦЕЛИ БРОЈЕВИ</w:t>
      </w:r>
    </w:p>
    <w:p>
      <w:pPr>
        <w:spacing w:after="160"/>
        <w:jc w:val="center"/>
        <w:keepLines/>
      </w:pPr>
      <w:r>
        <w:rPr>
          <w:i/>
          <w:color w:val="505050"/>
          <w:sz w:val="21"/>
        </w:rPr>
        <w:t>Негативни бројеви, супротни бројеви и апсолутна вредност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350"/>
        <w:gridCol w:w="2835"/>
      </w:tblGrid>
      <w:tr>
        <w:tc>
          <w:tcPr>
            <w:tcW w:type="dxa" w:w="6350"/>
            <w:vAlign w:val="center"/>
            <w:tcMar>
              <w:top w:w="40" w:type="dxa"/>
              <w:start w:w="0" w:type="dxa"/>
              <w:bottom w:w="40" w:type="dxa"/>
              <w:end w:w="0" w:type="dxa"/>
            </w:tcMar>
          </w:tcPr>
          <w:p>
            <w:r>
              <w:t>Име и презиме: __________________________________________</w:t>
            </w:r>
          </w:p>
        </w:tc>
        <w:tc>
          <w:tcPr>
            <w:tcW w:type="dxa" w:w="2835"/>
            <w:vAlign w:val="center"/>
            <w:tcMar>
              <w:top w:w="40" w:type="dxa"/>
              <w:start w:w="0" w:type="dxa"/>
              <w:bottom w:w="40" w:type="dxa"/>
              <w:end w:w="0" w:type="dxa"/>
            </w:tcMar>
          </w:tcPr>
          <w:p>
            <w:r>
              <w:t>Одељење: __________</w:t>
            </w:r>
          </w:p>
        </w:tc>
      </w:tr>
      <w:tr>
        <w:tc>
          <w:tcPr>
            <w:tcW w:type="dxa" w:w="6350"/>
            <w:vAlign w:val="center"/>
            <w:tcMar>
              <w:top w:w="40" w:type="dxa"/>
              <w:start w:w="0" w:type="dxa"/>
              <w:bottom w:w="40" w:type="dxa"/>
              <w:end w:w="0" w:type="dxa"/>
            </w:tcMar>
          </w:tcPr>
          <w:p>
            <w:r>
              <w:t>Датум: __________________________</w:t>
            </w:r>
          </w:p>
        </w:tc>
        <w:tc>
          <w:tcPr>
            <w:tcW w:type="dxa" w:w="2835"/>
            <w:vAlign w:val="center"/>
            <w:tcMar>
              <w:top w:w="40" w:type="dxa"/>
              <w:start w:w="0" w:type="dxa"/>
              <w:bottom w:w="40" w:type="dxa"/>
              <w:end w:w="0" w:type="dxa"/>
            </w:tcMar>
          </w:tcPr>
          <w:p>
            <w:r>
              <w:t>Број поена: ________</w:t>
            </w:r>
          </w:p>
        </w:tc>
      </w:tr>
    </w:tbl>
    <w:p>
      <w:pPr>
        <w:spacing w:after="0"/>
        <w:keepLines/>
      </w:pP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1. Заокружи све негативне бројеве.</w:t>
      </w:r>
    </w:p>
    <w:p>
      <w:pPr>
        <w:spacing w:after="100" w:line="252" w:lineRule="auto"/>
        <w:ind w:left="0"/>
        <w:keepLines/>
      </w:pPr>
      <w:r>
        <w:rPr>
          <w:sz w:val="21"/>
        </w:rPr>
        <w:t>7,  -3,  0,  -12,  5,  -1,  18,  -25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2. Пронађи пример у којем је направљена грешка.</w:t>
      </w:r>
    </w:p>
    <w:p>
      <w:pPr>
        <w:spacing w:after="100" w:line="252" w:lineRule="auto"/>
        <w:ind w:left="0"/>
        <w:keepLines/>
      </w:pPr>
      <w:r>
        <w:rPr>
          <w:sz w:val="21"/>
        </w:rPr>
        <w:t>а) -8 = -(+8)        б) 6 = -(-6)        в) -(-9) = -9        г) -(-4) = 4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3. Из скупа A = {-7, 4, 0, 9, -4, 2, 7, -11, -2} издвој све парове супротних бројева.</w:t>
      </w:r>
    </w:p>
    <w:p>
      <w:pPr>
        <w:spacing w:after="100" w:line="252" w:lineRule="auto"/>
        <w:ind w:left="0"/>
        <w:keepLines/>
      </w:pPr>
      <w:r>
        <w:rPr>
          <w:sz w:val="21"/>
        </w:rPr>
        <w:t>______________________________________________________________________________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4. Напиши бројеве супротне датим бројевима.</w:t>
      </w:r>
    </w:p>
    <w:p>
      <w:pPr>
        <w:spacing w:after="40" w:line="252" w:lineRule="auto"/>
        <w:ind w:left="0"/>
        <w:keepLines/>
      </w:pPr>
      <w:r>
        <w:rPr>
          <w:sz w:val="21"/>
        </w:rPr>
        <w:t>а) 5 → ______        б) -8 → ______        в) 13 → ______</w:t>
      </w:r>
    </w:p>
    <w:p>
      <w:pPr>
        <w:spacing w:after="100" w:line="252" w:lineRule="auto"/>
        <w:ind w:left="0"/>
        <w:keepLines/>
      </w:pPr>
      <w:r>
        <w:rPr>
          <w:sz w:val="21"/>
        </w:rPr>
        <w:t>г) -21 → ______      д) 0 → ______         ђ) -100 → ______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5. Одреди вредност израза.</w:t>
      </w:r>
    </w:p>
    <w:p>
      <w:pPr>
        <w:spacing w:after="40" w:line="252" w:lineRule="auto"/>
        <w:ind w:left="0"/>
        <w:keepLines/>
      </w:pPr>
      <w:r>
        <w:rPr>
          <w:sz w:val="21"/>
        </w:rPr>
        <w:t>а) -(+7) = ______        б) -(-6) = ______        в) -(+15) = ______</w:t>
      </w:r>
    </w:p>
    <w:p>
      <w:pPr>
        <w:spacing w:after="100" w:line="252" w:lineRule="auto"/>
        <w:ind w:left="0"/>
        <w:keepLines/>
      </w:pPr>
      <w:r>
        <w:rPr>
          <w:sz w:val="21"/>
        </w:rPr>
        <w:t>г) -(-23) = ______       д) -(-(-8)) = ______      ђ) -(-(+12)) = ______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6. Допуни празна места одговарајућим бројем.</w:t>
      </w:r>
    </w:p>
    <w:p>
      <w:pPr>
        <w:spacing w:after="40" w:line="252" w:lineRule="auto"/>
        <w:ind w:left="0"/>
        <w:keepLines/>
      </w:pPr>
      <w:r>
        <w:rPr>
          <w:sz w:val="21"/>
        </w:rPr>
        <w:t>а) Број супротан броју -14 је ______.            б) Број супротан броју 25 је ______.</w:t>
      </w:r>
    </w:p>
    <w:p>
      <w:pPr>
        <w:spacing w:after="100" w:line="252" w:lineRule="auto"/>
        <w:ind w:left="0"/>
        <w:keepLines/>
      </w:pPr>
      <w:r>
        <w:rPr>
          <w:sz w:val="21"/>
        </w:rPr>
        <w:t>в) Број супротан нули је ______.                 г) Ако је број супротан броју x једнак -9, онда је x = ______.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7. На бројевној правој обележи бројеве: -6, -3, 0, 2, 5.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  <w:r>
              <w:t>←</w:t>
            </w: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</w:tcPr>
          <w:p>
            <w:pPr>
              <w:jc w:val="center"/>
            </w:pPr>
            <w:r/>
            <w:r>
              <w:t>→</w:t>
            </w:r>
          </w:p>
        </w:tc>
      </w:tr>
      <w:tr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</w:tcBorders>
          </w:tcPr>
          <w:p>
            <w:pPr>
              <w:jc w:val="center"/>
            </w:pPr>
          </w:p>
        </w:tc>
        <w:tc>
          <w:tcPr>
            <w:tcW w:type="dxa" w:w="698"/>
            <w:tcMar>
              <w:top w:w="35" w:type="dxa"/>
              <w:start w:w="5" w:type="dxa"/>
              <w:bottom w:w="35" w:type="dxa"/>
              <w:end w:w="5" w:type="dxa"/>
            </w:tcMar>
            <w:vAlign w:val="center"/>
            <w:tcBorders>
              <w:top w:val="single" w:sz="10" w:color="505050"/>
              <w:left w:val="single" w:sz="8" w:color="505050"/>
              <w:right w:val="single" w:sz="8" w:color="505050"/>
            </w:tcBorders>
          </w:tcPr>
          <w:p>
            <w:pPr>
              <w:jc w:val="center"/>
            </w:pPr>
          </w:p>
        </w:tc>
      </w:tr>
    </w:tbl>
    <w:p>
      <w:pPr>
        <w:spacing w:after="40" w:line="252" w:lineRule="auto"/>
        <w:ind w:left="0"/>
        <w:keepLines/>
      </w:pPr>
      <w:r>
        <w:rPr>
          <w:sz w:val="21"/>
        </w:rPr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8. Поређај бројеве од најмањег до највећег.</w:t>
      </w:r>
    </w:p>
    <w:p>
      <w:pPr>
        <w:spacing w:after="40" w:line="252" w:lineRule="auto"/>
        <w:ind w:left="0"/>
        <w:keepLines/>
      </w:pPr>
      <w:r>
        <w:rPr>
          <w:sz w:val="21"/>
        </w:rPr>
        <w:t>4,  -5,  0,  8,  -2,  -9,  3</w:t>
      </w:r>
    </w:p>
    <w:p>
      <w:pPr>
        <w:spacing w:after="100" w:line="252" w:lineRule="auto"/>
        <w:ind w:left="0"/>
        <w:keepLines/>
      </w:pPr>
      <w:r>
        <w:rPr>
          <w:sz w:val="21"/>
        </w:rPr>
        <w:t>______________________________________________________________________________</w:t>
      </w:r>
    </w:p>
    <w:p>
      <w:pPr>
        <w:keepLines/>
      </w:pPr>
      <w:r>
        <w:br w:type="page"/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9. Упиши знак &lt;, &gt; или =.</w:t>
      </w:r>
    </w:p>
    <w:p>
      <w:pPr>
        <w:spacing w:after="100" w:line="252" w:lineRule="auto"/>
        <w:ind w:left="0"/>
        <w:keepLines/>
      </w:pPr>
      <w:r>
        <w:rPr>
          <w:sz w:val="21"/>
        </w:rPr>
        <w:t>а) -3 ___ 2      б) -8 ___ -4      в) 0 ___ -7      г) -10 ___ -12      д) 5 ___ -5      ђ) -6 ___ -6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10. Израчунај апсолутну вредност.</w:t>
      </w:r>
    </w:p>
    <w:p>
      <w:pPr>
        <w:spacing w:after="100" w:line="252" w:lineRule="auto"/>
        <w:ind w:left="0"/>
        <w:keepLines/>
      </w:pPr>
      <w:r>
        <w:rPr>
          <w:sz w:val="21"/>
        </w:rPr>
        <w:t>а) |-7| = ______      б) |12| = ______      в) |0| = ______      г) |-25| = ______      д) |36| = ______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11. Попуни табелу.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EADB7"/>
          <w:left w:val="single" w:sz="6" w:space="0" w:color="9EADB7"/>
          <w:bottom w:val="single" w:sz="6" w:space="0" w:color="9EADB7"/>
          <w:right w:val="single" w:sz="6" w:space="0" w:color="9EADB7"/>
          <w:insideH w:val="single" w:sz="6" w:space="0" w:color="9EADB7"/>
          <w:insideV w:val="single" w:sz="6" w:space="0" w:color="9EADB7"/>
        </w:tblBorders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964"/>
            <w:shd w:fill="DCE7EE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sz w:val="21"/>
              </w:rPr>
              <w:t>x</w:t>
            </w:r>
          </w:p>
        </w:tc>
        <w:tc>
          <w:tcPr>
            <w:tcW w:type="dxa" w:w="1162"/>
            <w:shd w:fill="DCE7EE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  <w:t>-9</w:t>
            </w:r>
          </w:p>
        </w:tc>
        <w:tc>
          <w:tcPr>
            <w:tcW w:type="dxa" w:w="1162"/>
            <w:shd w:fill="DCE7EE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  <w:t>6</w:t>
            </w:r>
          </w:p>
        </w:tc>
        <w:tc>
          <w:tcPr>
            <w:tcW w:type="dxa" w:w="1162"/>
            <w:shd w:fill="DCE7EE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  <w:t>-15</w:t>
            </w:r>
          </w:p>
        </w:tc>
        <w:tc>
          <w:tcPr>
            <w:tcW w:type="dxa" w:w="1162"/>
            <w:shd w:fill="DCE7EE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  <w:t>0</w:t>
            </w:r>
          </w:p>
        </w:tc>
        <w:tc>
          <w:tcPr>
            <w:tcW w:type="dxa" w:w="1162"/>
            <w:shd w:fill="DCE7EE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  <w:t>21</w:t>
            </w:r>
          </w:p>
        </w:tc>
        <w:tc>
          <w:tcPr>
            <w:tcW w:type="dxa" w:w="1162"/>
            <w:shd w:fill="DCE7EE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  <w:t>-3</w:t>
            </w:r>
          </w:p>
        </w:tc>
      </w:tr>
      <w:tr>
        <w:tc>
          <w:tcPr>
            <w:tcW w:type="dxa" w:w="964"/>
            <w:shd w:fill="F9FBFC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sz w:val="21"/>
              </w:rPr>
              <w:t>|x|</w:t>
            </w:r>
          </w:p>
        </w:tc>
        <w:tc>
          <w:tcPr>
            <w:tcW w:type="dxa" w:w="1162"/>
            <w:shd w:fill="F9FBFC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162"/>
            <w:shd w:fill="F9FBFC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162"/>
            <w:shd w:fill="F9FBFC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162"/>
            <w:shd w:fill="F9FBFC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162"/>
            <w:shd w:fill="F9FBFC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162"/>
            <w:shd w:fill="F9FBFC"/>
            <w:vAlign w:val="center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after="40" w:line="252" w:lineRule="auto"/>
        <w:ind w:left="0"/>
        <w:keepLines/>
      </w:pPr>
      <w:r>
        <w:rPr>
          <w:sz w:val="21"/>
        </w:rPr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12. Одреди негативан број чија је апсолутна вредност:</w:t>
      </w:r>
    </w:p>
    <w:p>
      <w:pPr>
        <w:spacing w:after="100" w:line="252" w:lineRule="auto"/>
        <w:ind w:left="0"/>
        <w:keepLines/>
      </w:pPr>
      <w:r>
        <w:rPr>
          <w:sz w:val="21"/>
        </w:rPr>
        <w:t>а) 8 → ______        б) 17 → ______        в) 34 → ______        г) 100 → ______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13. Напиши оба цела броја чија је апсолутна вредност:</w:t>
      </w:r>
    </w:p>
    <w:p>
      <w:pPr>
        <w:spacing w:after="100" w:line="252" w:lineRule="auto"/>
        <w:ind w:left="0"/>
        <w:keepLines/>
      </w:pPr>
      <w:r>
        <w:rPr>
          <w:sz w:val="21"/>
        </w:rPr>
        <w:t>а) 4 → ______ и ______        б) 11 → ______ и ______        в) 27 → ______ и ______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14. Одреди -a.</w:t>
      </w:r>
    </w:p>
    <w:p>
      <w:pPr>
        <w:spacing w:after="40" w:line="252" w:lineRule="auto"/>
        <w:ind w:left="0"/>
        <w:keepLines/>
      </w:pPr>
      <w:r>
        <w:rPr>
          <w:sz w:val="21"/>
        </w:rPr>
        <w:t>а) Ако је a = 9, онда је -a = ______.             б) Ако је a = -5, онда је -a = ______.</w:t>
      </w:r>
    </w:p>
    <w:p>
      <w:pPr>
        <w:spacing w:after="100" w:line="252" w:lineRule="auto"/>
        <w:ind w:left="0"/>
        <w:keepLines/>
      </w:pPr>
      <w:r>
        <w:rPr>
          <w:sz w:val="21"/>
        </w:rPr>
        <w:t>в) Ако је a = 0, онда је -a = ______.             г) Ако је a = -18, онда је -a = ______.</w:t>
      </w:r>
    </w:p>
    <w:p>
      <w:pPr>
        <w:spacing w:before="100" w:after="60"/>
        <w:keepNext/>
        <w:keepLines/>
      </w:pPr>
      <w:r>
        <w:rPr>
          <w:b/>
          <w:color w:val="24475E"/>
          <w:sz w:val="21"/>
        </w:rPr>
        <w:t>15. Размисли и одговори.</w:t>
      </w:r>
    </w:p>
    <w:p>
      <w:pPr>
        <w:spacing w:after="60" w:line="252" w:lineRule="auto"/>
        <w:ind w:left="0"/>
        <w:keepLines/>
      </w:pPr>
      <w:r>
        <w:rPr>
          <w:sz w:val="21"/>
        </w:rPr>
        <w:t>Мина стоји на броју -4 на бројевној правој, а Лука на броју 4.</w:t>
      </w:r>
    </w:p>
    <w:p>
      <w:pPr>
        <w:spacing w:after="40" w:line="252" w:lineRule="auto"/>
        <w:ind w:left="0"/>
        <w:keepLines/>
      </w:pPr>
      <w:r>
        <w:rPr>
          <w:sz w:val="21"/>
        </w:rPr>
        <w:t>а) Колико је сваки од њих удаљен од нуле?   Мина: ______ јединице      Лука: ______ јединице</w:t>
      </w:r>
    </w:p>
    <w:p>
      <w:pPr>
        <w:spacing w:after="40" w:line="252" w:lineRule="auto"/>
        <w:ind w:left="0"/>
        <w:keepLines/>
      </w:pPr>
      <w:r>
        <w:rPr>
          <w:sz w:val="21"/>
        </w:rPr>
        <w:t>б) Какви су бројеви -4 и 4?  ________________________________________________</w:t>
      </w:r>
    </w:p>
    <w:p>
      <w:pPr>
        <w:spacing w:after="100" w:line="252" w:lineRule="auto"/>
        <w:ind w:left="0"/>
        <w:keepLines/>
      </w:pPr>
      <w:r>
        <w:rPr>
          <w:sz w:val="21"/>
        </w:rPr>
        <w:t>в) Напиши њихове апсолутне вредности.   |-4| = ______        |4| = ______</w:t>
      </w:r>
    </w:p>
    <w:sectPr w:rsidR="00FC693F" w:rsidRPr="0006063C" w:rsidSect="00034616">
      <w:footerReference w:type="default" r:id="rId9"/>
      <w:pgSz w:w="12240" w:h="15840"/>
      <w:pgMar w:top="907" w:right="1020" w:bottom="879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87878"/>
        <w:sz w:val="16"/>
      </w:rPr>
      <w:t>6. разред • Цели бројеви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- цели бројеви, 6. разред</dc:title>
  <dc:subject>Негативни бројеви, супротни бројеви и апсолутна вредност</dc:subject>
  <dc:creator>OpenAI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