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Play"/>
        <w:spacing w:after="40"/>
        <w:jc w:val="center"/>
      </w:pPr>
      <w:r>
        <w:t>MALI MATEMATIČKI DETEKTIV</w:t>
      </w:r>
    </w:p>
    <w:p>
      <w:pPr>
        <w:pStyle w:val="SubtitlePlay"/>
        <w:spacing w:after="120"/>
        <w:jc w:val="center"/>
      </w:pPr>
      <w:r>
        <w:t>10 logičko-matematičkih misija za 4. razred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32"/>
        <w:gridCol w:w="2880"/>
        <w:gridCol w:w="3456"/>
      </w:tblGrid>
      <w:tr>
        <w:tc>
          <w:tcPr>
            <w:tcW w:type="dxa" w:w="3523"/>
            <w:shd w:fill="FFF9E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/>
                <w:b/>
                <w:color w:val="49566A"/>
                <w:sz w:val="21"/>
              </w:rPr>
              <w:t>Ime: ____________________</w:t>
            </w:r>
          </w:p>
        </w:tc>
        <w:tc>
          <w:tcPr>
            <w:tcW w:type="dxa" w:w="3523"/>
            <w:shd w:fill="FFF9E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/>
                <w:b/>
                <w:color w:val="49566A"/>
                <w:sz w:val="21"/>
              </w:rPr>
              <w:t>Datum: ____________</w:t>
            </w:r>
          </w:p>
        </w:tc>
        <w:tc>
          <w:tcPr>
            <w:tcW w:type="dxa" w:w="3523"/>
            <w:shd w:fill="FFF9E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/>
                <w:b/>
                <w:color w:val="49566A"/>
                <w:sz w:val="21"/>
              </w:rPr>
              <w:t>Osvojeno: ____ / 10</w:t>
            </w:r>
          </w:p>
        </w:tc>
      </w:tr>
    </w:tbl>
    <w:p>
      <w:pPr>
        <w:pStyle w:val="SmallHint"/>
        <w:spacing w:before="80" w:after="140"/>
        <w:jc w:val="center"/>
      </w:pPr>
      <w:r>
        <w:t>Pravila detektiva: čitaj pažljivo • ne žuri • crtaj i računaj • objasni kako si razmišljao/la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_detectiv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1. Tajanstveni broj</w:t>
            </w:r>
          </w:p>
          <w:p>
            <w:pPr>
              <w:pStyle w:val="TaskBody"/>
              <w:spacing w:after="100" w:line="252" w:lineRule="auto"/>
            </w:pPr>
            <w:r>
              <w:t>Zamislila sam trocifren broj.</w:t>
            </w:r>
            <w:r>
              <w:br/>
            </w:r>
            <w:r>
              <w:t>• Veći je od 300, a manji od 400.</w:t>
            </w:r>
            <w:r>
              <w:br/>
            </w:r>
            <w:r>
              <w:t>• Cifra desetica je dva puta veća od cifre jedinica.</w:t>
            </w:r>
            <w:r>
              <w:br/>
            </w:r>
            <w:r>
              <w:t>• Zbir sve tri cifre je 9.</w:t>
            </w:r>
            <w:r>
              <w:br/>
            </w:r>
            <w:r>
              <w:t>Koji je to broj?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_animal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2. Koke i zečevi</w:t>
            </w:r>
          </w:p>
          <w:p>
            <w:pPr>
              <w:pStyle w:val="TaskBody"/>
              <w:spacing w:after="100" w:line="252" w:lineRule="auto"/>
            </w:pPr>
            <w:r>
              <w:t>U jednom dvorištu ima ukupno 12 koka i zečeva.</w:t>
            </w:r>
            <w:r>
              <w:br/>
            </w:r>
            <w:r>
              <w:t>Kada izbrojimo sve njihove noge, ima ih 32.</w:t>
            </w:r>
            <w:r>
              <w:br/>
            </w:r>
            <w:r>
              <w:t>Koliko ima koka, a koliko zečeva?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2F64B0"/>
                <w:sz w:val="25"/>
              </w:rPr>
              <w:t>MALI MATEMATIČKI DETEKTIV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596579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_sequenc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3. Nastavi niz</w:t>
            </w:r>
          </w:p>
          <w:p>
            <w:pPr>
              <w:pStyle w:val="TaskBody"/>
              <w:spacing w:after="100" w:line="252" w:lineRule="auto"/>
            </w:pPr>
            <w:r>
              <w:t>Koji broj treba da stoji sledeći?</w:t>
            </w:r>
            <w:r>
              <w:br/>
            </w:r>
            <w:r>
              <w:t>2, 5, 11, 23, 47, ___</w:t>
            </w:r>
            <w:r>
              <w:br/>
            </w:r>
            <w:r>
              <w:t>Nije dovoljno samo napisati broj - objasni i pravilo po kom niz raste.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_scal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4. Koliko je težak plavi teg?</w:t>
            </w:r>
          </w:p>
          <w:p>
            <w:pPr>
              <w:pStyle w:val="TaskBody"/>
              <w:spacing w:after="100" w:line="252" w:lineRule="auto"/>
            </w:pPr>
            <w:r>
              <w:t>Na vagi je ravnoteža.</w:t>
            </w:r>
            <w:r>
              <w:br/>
            </w:r>
            <w:r>
              <w:t>Na jednom tasu su 2 ista plava tega i teg od 100 g.</w:t>
            </w:r>
            <w:r>
              <w:br/>
            </w:r>
            <w:r>
              <w:t>Na drugom tasu su 1 plavi teg i teg od 250 g.</w:t>
            </w:r>
            <w:r>
              <w:br/>
            </w:r>
            <w:r>
              <w:t>Koliko grama ima jedan plavi teg?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2F64B0"/>
                <w:sz w:val="25"/>
              </w:rPr>
              <w:t>MALI MATEMATIČKI DETEKTIV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596579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_fli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5. Broj koji se okrenuo</w:t>
            </w:r>
          </w:p>
          <w:p>
            <w:pPr>
              <w:pStyle w:val="TaskBody"/>
              <w:spacing w:after="100" w:line="252" w:lineRule="auto"/>
            </w:pPr>
            <w:r>
              <w:t>Zamišljen je dvocifren broj.</w:t>
            </w:r>
            <w:r>
              <w:br/>
            </w:r>
            <w:r>
              <w:t>• Zbir njegovih cifara je 11.</w:t>
            </w:r>
            <w:r>
              <w:br/>
            </w:r>
            <w:r>
              <w:t>• Kada mu zamenimo mesta ciframa, dobijeni broj je za 27 manji od prvog.</w:t>
            </w:r>
            <w:r>
              <w:br/>
            </w:r>
            <w:r>
              <w:t>Koji je zamišljeni broj?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★★★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_magi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6. Magični kvadrat</w:t>
            </w:r>
          </w:p>
          <w:p>
            <w:pPr>
              <w:pStyle w:val="TaskBody"/>
              <w:spacing w:after="100" w:line="252" w:lineRule="auto"/>
            </w:pPr>
            <w:r>
              <w:t>U prazna polja upiši brojeve koji nedostaju.</w:t>
            </w:r>
            <w:r>
              <w:br/>
            </w:r>
            <w:r>
              <w:t>Svaki broj od 1 do 9 koristi se samo jednom, a zbir u svakom redu i svakoj koloni mora biti 15.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1762"/>
              <w:gridCol w:w="1762"/>
              <w:gridCol w:w="1762"/>
            </w:tblGrid>
            <w:tr>
              <w:tc>
                <w:tcPr>
                  <w:tcW w:type="dxa" w:w="792"/>
                  <w:shd w:fill="FFFBEA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>8</w:t>
                  </w:r>
                </w:p>
              </w:tc>
              <w:tc>
                <w:tcPr>
                  <w:tcW w:type="dxa" w:w="792"/>
                  <w:shd w:fill="F0F7FF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 xml:space="preserve">      </w:t>
                  </w:r>
                </w:p>
              </w:tc>
              <w:tc>
                <w:tcPr>
                  <w:tcW w:type="dxa" w:w="792"/>
                  <w:shd w:fill="FFFBEA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>6</w:t>
                  </w:r>
                </w:p>
              </w:tc>
            </w:tr>
            <w:tr>
              <w:tc>
                <w:tcPr>
                  <w:tcW w:type="dxa" w:w="792"/>
                  <w:shd w:fill="F0F7FF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 xml:space="preserve">      </w:t>
                  </w:r>
                </w:p>
              </w:tc>
              <w:tc>
                <w:tcPr>
                  <w:tcW w:type="dxa" w:w="792"/>
                  <w:shd w:fill="FFFBEA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>5</w:t>
                  </w:r>
                </w:p>
              </w:tc>
              <w:tc>
                <w:tcPr>
                  <w:tcW w:type="dxa" w:w="792"/>
                  <w:shd w:fill="F0F7FF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 xml:space="preserve">      </w:t>
                  </w:r>
                </w:p>
              </w:tc>
            </w:tr>
            <w:tr>
              <w:tc>
                <w:tcPr>
                  <w:tcW w:type="dxa" w:w="792"/>
                  <w:shd w:fill="FFFBEA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>4</w:t>
                  </w:r>
                </w:p>
              </w:tc>
              <w:tc>
                <w:tcPr>
                  <w:tcW w:type="dxa" w:w="792"/>
                  <w:shd w:fill="F0F7FF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 xml:space="preserve">      </w:t>
                  </w:r>
                </w:p>
              </w:tc>
              <w:tc>
                <w:tcPr>
                  <w:tcW w:type="dxa" w:w="792"/>
                  <w:shd w:fill="FFFBEA"/>
                  <w:tcMar>
                    <w:top w:w="65" w:type="dxa"/>
                    <w:start w:w="65" w:type="dxa"/>
                    <w:bottom w:w="65" w:type="dxa"/>
                    <w:end w:w="65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</w:rPr>
                    <w:t>2</w:t>
                  </w:r>
                </w:p>
              </w:tc>
            </w:tr>
          </w:tbl>
          <w:p/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2F64B0"/>
                <w:sz w:val="25"/>
              </w:rPr>
              <w:t>MALI MATEMATIČKI DETEKTIV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596579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_boxe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7. Tri pogrešne etikete</w:t>
            </w:r>
          </w:p>
          <w:p>
            <w:pPr>
              <w:pStyle w:val="TaskBody"/>
              <w:spacing w:after="100" w:line="252" w:lineRule="auto"/>
            </w:pPr>
            <w:r>
              <w:t>Na stolu su tri kutije: JABUKE, KRUŠKE i JABUKE I KRUŠKE.</w:t>
            </w:r>
            <w:r>
              <w:br/>
            </w:r>
            <w:r>
              <w:t>Sve tri etikete su pogrešne. Smeš da izvadiš samo jedan komad voća iz jedne kutije, bez gledanja unutra.</w:t>
            </w:r>
            <w:r>
              <w:br/>
            </w:r>
            <w:r>
              <w:t>Iz koje kutije treba da izvadiš voće da bi mogao/la pravilno da označiš sve tri?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color w:val="2F64B0"/>
                <w:sz w:val="21"/>
              </w:rPr>
              <w:t>☐ JABUKE     ☐ KRUŠKE     ☐ JABUKE I KRUŠKE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★★★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8_rectangl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8. Pravougaonik detektiv</w:t>
            </w:r>
          </w:p>
          <w:p>
            <w:pPr>
              <w:pStyle w:val="TaskBody"/>
              <w:spacing w:after="100" w:line="252" w:lineRule="auto"/>
            </w:pPr>
            <w:r>
              <w:t>Pravougaonik ima obim 30 cm.</w:t>
            </w:r>
            <w:r>
              <w:br/>
            </w:r>
            <w:r>
              <w:t>Njegova duža stranica je za 3 cm duža od kraće stranice.</w:t>
            </w:r>
            <w:r>
              <w:br/>
            </w:r>
            <w:r>
              <w:t>Kolike su njegove stranice? Pokušaj da objasniš kako si došao/la do rešenja.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2F64B0"/>
                <w:sz w:val="25"/>
              </w:rPr>
              <w:t>MALI MATEMATIČKI DETEKTIV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596579"/>
                <w:sz w:val="21"/>
              </w:rPr>
              <w:t>4. RAZRED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9_cand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9. Slatkiši</w:t>
            </w:r>
          </w:p>
          <w:p>
            <w:pPr>
              <w:pStyle w:val="TaskBody"/>
              <w:spacing w:after="100" w:line="252" w:lineRule="auto"/>
            </w:pPr>
            <w:r>
              <w:t>Luka, Mina i Sara zajedno imaju 36 bombona.</w:t>
            </w:r>
            <w:r>
              <w:br/>
            </w:r>
            <w:r>
              <w:t>Luka ima 4 bombone više od Mine.</w:t>
            </w:r>
            <w:r>
              <w:br/>
            </w:r>
            <w:r>
              <w:t>Sara ima dva puta više bombona od Mine.</w:t>
            </w:r>
            <w:r>
              <w:br/>
            </w:r>
            <w:r>
              <w:t>Koliko bombona ima svako od njih?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★★☆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32"/>
        <w:gridCol w:w="8280"/>
      </w:tblGrid>
      <w:tr>
        <w:tc>
          <w:tcPr>
            <w:tcW w:type="dxa" w:w="5285"/>
            <w:shd w:fill="F7FAFE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1722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_digit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172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85"/>
            <w:shd w:fill="FFFFFF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pStyle w:val="TaskTitle"/>
              <w:spacing w:after="80"/>
            </w:pPr>
            <w:r>
              <w:t>10. Veliki izazov - cifre 1, 2, 3 i 4</w:t>
            </w:r>
          </w:p>
          <w:p>
            <w:pPr>
              <w:pStyle w:val="TaskBody"/>
              <w:spacing w:after="100" w:line="252" w:lineRule="auto"/>
            </w:pPr>
            <w:r>
              <w:t>Koristeći cifre 1, 2, 3 i 4 napravi dva dvocifrena broja.</w:t>
            </w:r>
            <w:r>
              <w:br/>
            </w:r>
            <w:r>
              <w:t>Svaku cifru moraš upotrebiti tačno jednom.</w:t>
            </w:r>
            <w:r>
              <w:br/>
            </w:r>
            <w:r>
              <w:t>Cilj je da razlika između većeg i manjeg broja bude što manja.</w:t>
            </w:r>
            <w:r>
              <w:br/>
            </w:r>
            <w:r>
              <w:t>Koja dva broja biraš i kolika je najmanja moguća razlika?</w:t>
            </w:r>
          </w:p>
          <w:p>
            <w:pPr>
              <w:pStyle w:val="SmallHint"/>
              <w:spacing w:after="40"/>
            </w:pPr>
            <w:r>
              <w:rPr>
                <w:color w:val="7D64C8"/>
              </w:rPr>
              <w:t>Težina: ★★★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  <w:p>
            <w:pPr>
              <w:spacing w:after="60" w:before="0"/>
            </w:pPr>
            <w:r>
              <w:rPr>
                <w:color w:val="B9BEC6"/>
                <w:sz w:val="18"/>
              </w:rPr>
              <w:t>____________________________________________________________________</w:t>
            </w:r>
          </w:p>
        </w:tc>
      </w:tr>
    </w:tbl>
    <w:p>
      <w:pPr>
        <w:spacing w:after="60" w:before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944"/>
      </w:tblGrid>
      <w:tr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2F64B0"/>
                <w:sz w:val="25"/>
              </w:rPr>
              <w:t>TAJNI LIST ZA ODRASLE</w:t>
            </w:r>
          </w:p>
        </w:tc>
        <w:tc>
          <w:tcPr>
            <w:tcW w:type="dxa" w:w="5285"/>
            <w:shd w:fill="EAF3FF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596579"/>
                <w:sz w:val="21"/>
              </w:rPr>
              <w:t>4. RAZRED</w:t>
            </w:r>
          </w:p>
        </w:tc>
      </w:tr>
    </w:tbl>
    <w:p>
      <w:pPr>
        <w:spacing w:after="40"/>
      </w:pPr>
    </w:p>
    <w:p>
      <w:pPr>
        <w:pStyle w:val="TitlePlay"/>
        <w:spacing w:after="60"/>
        <w:jc w:val="center"/>
      </w:pPr>
      <w:r>
        <w:t>REŠENJA</w:t>
      </w:r>
    </w:p>
    <w:p>
      <w:pPr>
        <w:pStyle w:val="SubtitlePlay"/>
        <w:spacing w:after="200"/>
        <w:jc w:val="center"/>
      </w:pPr>
      <w:r>
        <w:t>Odvoji ovu stranu pre nego što dete počne zadatke.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1. Tajanstveni broj  </w:t>
            </w:r>
            <w:r>
              <w:rPr>
                <w:rFonts w:ascii="Arial" w:hAnsi="Arial"/>
                <w:color w:val="28303C"/>
                <w:sz w:val="21"/>
              </w:rPr>
              <w:t>342. Stotina je 3; ako je jedinica 2, desetica je 4, a 3 + 4 + 2 = 9.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2. Koke i zečevi  </w:t>
            </w:r>
            <w:r>
              <w:rPr>
                <w:rFonts w:ascii="Arial" w:hAnsi="Arial"/>
                <w:color w:val="28303C"/>
                <w:sz w:val="21"/>
              </w:rPr>
              <w:t>8 koka i 4 zeca. Tada je broj nogu 8×2 + 4×4 = 32.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3. Nastavi niz  </w:t>
            </w:r>
            <w:r>
              <w:rPr>
                <w:rFonts w:ascii="Arial" w:hAnsi="Arial"/>
                <w:color w:val="28303C"/>
                <w:sz w:val="21"/>
              </w:rPr>
              <w:t>95. Pravilo: svaki prethodni broj pomnoži se sa 2, pa se doda 1.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4. Plavi teg  </w:t>
            </w:r>
            <w:r>
              <w:rPr>
                <w:rFonts w:ascii="Arial" w:hAnsi="Arial"/>
                <w:color w:val="28303C"/>
                <w:sz w:val="21"/>
              </w:rPr>
              <w:t>150 g. Dva plava tega + 100 g jednaka su jednom plavom tegu + 250 g.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5. Broj koji se okrenuo  </w:t>
            </w:r>
            <w:r>
              <w:rPr>
                <w:rFonts w:ascii="Arial" w:hAnsi="Arial"/>
                <w:color w:val="28303C"/>
                <w:sz w:val="21"/>
              </w:rPr>
              <w:t>74. Zbir cifara je 11, a 74 − 47 = 27.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6. Magični kvadrat  </w:t>
            </w:r>
            <w:r>
              <w:rPr>
                <w:rFonts w:ascii="Arial" w:hAnsi="Arial"/>
                <w:color w:val="28303C"/>
                <w:sz w:val="21"/>
              </w:rPr>
              <w:t>8  1  6 / 3  5  7 / 4  9  2.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7. Tri kutije  </w:t>
            </w:r>
            <w:r>
              <w:rPr>
                <w:rFonts w:ascii="Arial" w:hAnsi="Arial"/>
                <w:color w:val="28303C"/>
                <w:sz w:val="21"/>
              </w:rPr>
              <w:t>Iz kutije označene „JABUKE I KRUŠKE“. Pošto je svaka etiketa pogrešna, ta kutija sigurno nije mešovita. Jedan izvučeni plod otkriva šta je u njoj, a zatim se preostale dve etikete mogu zaključiti.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8. Pravougaonik  </w:t>
            </w:r>
            <w:r>
              <w:rPr>
                <w:rFonts w:ascii="Arial" w:hAnsi="Arial"/>
                <w:color w:val="28303C"/>
                <w:sz w:val="21"/>
              </w:rPr>
              <w:t>Stranice su 6 cm i 9 cm. 6 + 9 + 6 + 9 = 30.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7FAFE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9. Slatkiši  </w:t>
            </w:r>
            <w:r>
              <w:rPr>
                <w:rFonts w:ascii="Arial" w:hAnsi="Arial"/>
                <w:color w:val="28303C"/>
                <w:sz w:val="21"/>
              </w:rPr>
              <w:t>Mina 8, Luka 12, Sara 16 bombona. Ukupno: 8 + 12 + 16 = 36.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70"/>
      </w:tblGrid>
      <w:tr>
        <w:tc>
          <w:tcPr>
            <w:tcW w:type="dxa" w:w="10570"/>
            <w:shd w:fill="FFF9E7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r>
              <w:rPr>
                <w:rFonts w:ascii="Arial" w:hAnsi="Arial"/>
                <w:b/>
                <w:color w:val="2F64B0"/>
                <w:sz w:val="22"/>
              </w:rPr>
              <w:t xml:space="preserve">10. Cifre 1, 2, 3 i 4  </w:t>
            </w:r>
            <w:r>
              <w:rPr>
                <w:rFonts w:ascii="Arial" w:hAnsi="Arial"/>
                <w:color w:val="28303C"/>
                <w:sz w:val="21"/>
              </w:rPr>
              <w:t>31 i 24. Najmanja razlika je 7.</w:t>
            </w:r>
          </w:p>
        </w:tc>
      </w:tr>
    </w:tbl>
    <w:p>
      <w:pPr>
        <w:spacing w:after="20"/>
      </w:pPr>
    </w:p>
    <w:p>
      <w:pPr>
        <w:spacing w:before="160"/>
        <w:jc w:val="center"/>
      </w:pPr>
      <w:r>
        <w:rPr>
          <w:rFonts w:ascii="Arial" w:hAnsi="Arial"/>
          <w:b/>
          <w:color w:val="7D64C8"/>
          <w:sz w:val="22"/>
        </w:rPr>
        <w:t>Bravo za upornost! Najvažnije je objasniti kako si razmišljao/la, ne samo napisati rezultat.</w:t>
      </w:r>
    </w:p>
    <w:sectPr w:rsidR="00FC693F" w:rsidRPr="0006063C" w:rsidSect="00034616">
      <w:pgSz w:w="12240" w:h="15840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Play">
    <w:name w:val="TitlePlay"/>
    <w:rPr>
      <w:rFonts w:ascii="Arial" w:hAnsi="Arial" w:eastAsia="Arial"/>
      <w:b/>
      <w:color w:val="2F64B0"/>
      <w:sz w:val="52"/>
    </w:rPr>
  </w:style>
  <w:style w:type="paragraph" w:customStyle="1" w:styleId="SubtitlePlay">
    <w:name w:val="SubtitlePlay"/>
    <w:rPr>
      <w:rFonts w:ascii="Arial" w:hAnsi="Arial" w:eastAsia="Arial"/>
      <w:b w:val="0"/>
      <w:color w:val="48566A"/>
      <w:sz w:val="26"/>
    </w:rPr>
  </w:style>
  <w:style w:type="paragraph" w:customStyle="1" w:styleId="TaskTitle">
    <w:name w:val="TaskTitle"/>
    <w:rPr>
      <w:rFonts w:ascii="Arial" w:hAnsi="Arial" w:eastAsia="Arial"/>
      <w:b/>
      <w:color w:val="2F64B0"/>
      <w:sz w:val="30"/>
    </w:rPr>
  </w:style>
  <w:style w:type="paragraph" w:customStyle="1" w:styleId="TaskBody">
    <w:name w:val="TaskBody"/>
    <w:rPr>
      <w:rFonts w:ascii="Arial" w:hAnsi="Arial" w:eastAsia="Arial"/>
      <w:b w:val="0"/>
      <w:color w:val="28303C"/>
      <w:sz w:val="23"/>
    </w:rPr>
  </w:style>
  <w:style w:type="paragraph" w:customStyle="1" w:styleId="SmallHint">
    <w:name w:val="SmallHint"/>
    <w:rPr>
      <w:rFonts w:ascii="Arial" w:hAnsi="Arial" w:eastAsia="Arial"/>
      <w:b w:val="0"/>
      <w:color w:val="596579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