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Play"/>
        <w:spacing w:after="40"/>
        <w:jc w:val="center"/>
      </w:pPr>
      <w:r>
        <w:t>MALI MATEMATIČKI DETEKTIV 2</w:t>
      </w:r>
    </w:p>
    <w:p>
      <w:pPr>
        <w:pStyle w:val="SubtitlePlay"/>
        <w:spacing w:after="120"/>
        <w:jc w:val="center"/>
      </w:pPr>
      <w:r>
        <w:t>10 novih logičko-matematičkih misija za 4. razred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32"/>
        <w:gridCol w:w="2880"/>
        <w:gridCol w:w="3456"/>
      </w:tblGrid>
      <w:tr>
        <w:tc>
          <w:tcPr>
            <w:tcW w:type="dxa" w:w="3523"/>
            <w:shd w:fill="FFF9E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/>
                <w:b/>
                <w:color w:val="49566A"/>
                <w:sz w:val="21"/>
              </w:rPr>
              <w:t>Ime: ____________________</w:t>
            </w:r>
          </w:p>
        </w:tc>
        <w:tc>
          <w:tcPr>
            <w:tcW w:type="dxa" w:w="3523"/>
            <w:shd w:fill="FFF9E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/>
                <w:b/>
                <w:color w:val="49566A"/>
                <w:sz w:val="21"/>
              </w:rPr>
              <w:t>Datum: ____________</w:t>
            </w:r>
          </w:p>
        </w:tc>
        <w:tc>
          <w:tcPr>
            <w:tcW w:type="dxa" w:w="3523"/>
            <w:shd w:fill="FFF9E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/>
                <w:b/>
                <w:color w:val="49566A"/>
                <w:sz w:val="21"/>
              </w:rPr>
              <w:t>Osvojeno: ____ / 10</w:t>
            </w:r>
          </w:p>
        </w:tc>
      </w:tr>
    </w:tbl>
    <w:p>
      <w:pPr>
        <w:pStyle w:val="SmallHint"/>
        <w:spacing w:before="80" w:after="140"/>
        <w:jc w:val="center"/>
      </w:pPr>
      <w:r>
        <w:t>Pravila detektiva: čitaj pažljivo • nacrtaj ako pomaže • proveri račun • objasni kako si razmišljao/la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_shap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1. Šifra od oblika</w:t>
            </w:r>
          </w:p>
          <w:p>
            <w:pPr>
              <w:pStyle w:val="TaskBody"/>
            </w:pPr>
            <w:r>
              <w:t>Tri kruga vrede 18.</w:t>
              <w:br/>
              <w:t>Krug i trougao zajedno vrede 10.</w:t>
              <w:br/>
              <w:t>Trougao i zvezda zajedno vrede 9.</w:t>
              <w:br/>
              <w:t>Koliko vrede krug + trougao + zvezda?</w:t>
            </w:r>
          </w:p>
          <w:p>
            <w:pPr>
              <w:pStyle w:val="SmallHint"/>
            </w:pPr>
            <w:r>
              <w:t>Težina: ★★☆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_seat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2. Ko sedi gde?</w:t>
            </w:r>
          </w:p>
          <w:p>
            <w:pPr>
              <w:pStyle w:val="TaskBody"/>
            </w:pPr>
            <w:r>
              <w:t>Sara, Luka, Mina i Ognjen sede u četiri stolice, sleva nadesno.</w:t>
              <w:br/>
              <w:t>• Mina ne sedi na kraju.</w:t>
              <w:br/>
              <w:t>• Luka sedi odmah levo od Mine.</w:t>
              <w:br/>
              <w:t>• Sara sedi na jednom kraju i levo je od Luke.</w:t>
              <w:br/>
              <w:t>Koji je redosled?</w:t>
            </w:r>
          </w:p>
          <w:p>
            <w:pPr>
              <w:pStyle w:val="SmallHint"/>
            </w:pPr>
            <w:r>
              <w:t>Težina: ★★★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3A5B91"/>
                <w:sz w:val="21"/>
              </w:rPr>
              <w:t>MALI MATEMATIČKI DETEKTIV 2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3A5B91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_clo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3. Putovanje kroz vreme</w:t>
            </w:r>
          </w:p>
          <w:p>
            <w:pPr>
              <w:pStyle w:val="TaskBody"/>
            </w:pPr>
            <w:r>
              <w:t>Autobus kreće u 15:45. Vozi 50 minuta, zatim pravi pauzu od 20 minuta, pa vozi još 35 minuta.</w:t>
              <w:br/>
              <w:t>U koliko sati stiže na odredište?</w:t>
            </w:r>
          </w:p>
          <w:p>
            <w:pPr>
              <w:pStyle w:val="SmallHint"/>
            </w:pPr>
            <w:r>
              <w:t>Težina: ★★☆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_coin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4. Novčići u džepu</w:t>
            </w:r>
          </w:p>
          <w:p>
            <w:pPr>
              <w:pStyle w:val="TaskBody"/>
            </w:pPr>
            <w:r>
              <w:t>U džepu je tačno 7 novčića: od 10, 20 i 50 dinara. Ukupno vrede 190 dinara.</w:t>
              <w:br/>
              <w:t>Novčića od 20 dinara ima dva puta više nego novčića od 50 dinara, a ima bar po jedan novčić svake vrste.</w:t>
              <w:br/>
              <w:t>Koliko ima kojih novčića?</w:t>
            </w:r>
          </w:p>
          <w:p>
            <w:pPr>
              <w:pStyle w:val="SmallHint"/>
            </w:pPr>
            <w:r>
              <w:t>Težina: ★★★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3A5B91"/>
                <w:sz w:val="21"/>
              </w:rPr>
              <w:t>MALI MATEMATIČKI DETEKTIV 2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3A5B91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_paths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5. Koliko puteva?</w:t>
            </w:r>
          </w:p>
          <w:p>
            <w:pPr>
              <w:pStyle w:val="TaskBody"/>
            </w:pPr>
            <w:r>
              <w:t>Od tačke A do tačke B krećeš se po linijama mreže od 2 × 2 polja. Smeš da ideš samo udesno ili nadole.</w:t>
              <w:br/>
              <w:t>Koliko različitih najkraćih puteva postoji?</w:t>
            </w:r>
          </w:p>
          <w:p>
            <w:pPr>
              <w:pStyle w:val="SmallHint"/>
            </w:pPr>
            <w:r>
              <w:t>Težina: ★★★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_perimeter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6. Obim neobične figure</w:t>
            </w:r>
          </w:p>
          <w:p>
            <w:pPr>
              <w:pStyle w:val="TaskBody"/>
            </w:pPr>
            <w:r>
              <w:t>Figura na slici sastavljena je od 5 jednakih kvadrata. Stranica svakog kvadrata je 2 cm.</w:t>
              <w:br/>
              <w:t>Koliki je obim cele figure?</w:t>
            </w:r>
          </w:p>
          <w:p>
            <w:pPr>
              <w:pStyle w:val="SmallHint"/>
            </w:pPr>
            <w:r>
              <w:t>Težina: ★★☆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3A5B91"/>
                <w:sz w:val="21"/>
              </w:rPr>
              <w:t>MALI MATEMATIČKI DETEKTIV 2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3A5B91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_calendar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7. Kalendarski detektiv</w:t>
            </w:r>
          </w:p>
          <w:p>
            <w:pPr>
              <w:pStyle w:val="TaskBody"/>
            </w:pPr>
            <w:r>
              <w:t>Ako je 5. oktobar ponedeljak, koji dan u nedelji je 23. oktobar iste godine?</w:t>
              <w:br/>
              <w:t>Pokušaj da rešiš bez ispisivanja celog kalendara.</w:t>
            </w:r>
          </w:p>
          <w:p>
            <w:pPr>
              <w:pStyle w:val="SmallHint"/>
            </w:pPr>
            <w:r>
              <w:t>Težina: ★★☆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8_jugs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8. Izmeri tačno 4 litra</w:t>
            </w:r>
          </w:p>
          <w:p>
            <w:pPr>
              <w:pStyle w:val="TaskBody"/>
            </w:pPr>
            <w:r>
              <w:t>Imaš dve prazne posude: jednu od 5 litara i jednu od 3 litra. Nema oznaka između. Vode ima koliko želiš.</w:t>
              <w:br/>
              <w:t>Kako možeš da izmeriš tačno 4 litra vode?</w:t>
            </w:r>
          </w:p>
          <w:p>
            <w:pPr>
              <w:pStyle w:val="SmallHint"/>
            </w:pPr>
            <w:r>
              <w:t>Težina: ★★★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3A5B91"/>
                <w:sz w:val="21"/>
              </w:rPr>
              <w:t>MALI MATEMATIČKI DETEKTIV 2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3A5B91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9_pyramid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9. Brojevna piramida</w:t>
            </w:r>
          </w:p>
          <w:p>
            <w:pPr>
              <w:pStyle w:val="TaskBody"/>
            </w:pPr>
            <w:r>
              <w:t>U piramidi svaki gornji kamen dobija se sabiranjem dva kamena neposredno ispod njega.</w:t>
              <w:br/>
              <w:t>Popuni sva polja sa znakom pitanja na slici.</w:t>
            </w:r>
          </w:p>
          <w:p>
            <w:pPr>
              <w:pStyle w:val="SmallHint"/>
            </w:pPr>
            <w:r>
              <w:t>Težina: ★★☆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932447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_boxes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32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00" w:type="dxa"/>
              <w:bottom w:w="100" w:type="dxa"/>
              <w:end w:w="120" w:type="dxa"/>
            </w:tcMar>
            <w:vAlign w:val="center"/>
          </w:tcPr>
          <w:p>
            <w:pPr>
              <w:pStyle w:val="TaskTitle"/>
            </w:pPr>
            <w:r>
              <w:t>10. Tri kutije i jedno blago</w:t>
            </w:r>
          </w:p>
          <w:p>
            <w:pPr>
              <w:pStyle w:val="TaskBody"/>
            </w:pPr>
            <w:r>
              <w:t>Blago je u jednoj od kutija A, B ili C. Tačno JEDNA od sledećih rečenica je istinita.</w:t>
              <w:br/>
              <w:t>A: „Blago nije u kutiji A.“</w:t>
              <w:br/>
              <w:t>B: „Blago je u kutiji A.“</w:t>
              <w:br/>
              <w:t>C: „Blago nije u kutiji B.“</w:t>
              <w:br/>
              <w:t>U kojoj kutiji je blago?</w:t>
            </w:r>
          </w:p>
          <w:p>
            <w:pPr>
              <w:pStyle w:val="SmallHint"/>
            </w:pPr>
            <w:r>
              <w:t>Težina: ★★★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  <w:p>
            <w:pPr>
              <w:spacing w:before="0" w:after="0"/>
            </w:pPr>
            <w:r>
              <w:rPr>
                <w:color w:val="B4BCC8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3A5B91"/>
                <w:sz w:val="21"/>
              </w:rPr>
              <w:t>TAJNI LIST ZA ODRASLE - DEO 2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3A5B91"/>
                <w:sz w:val="21"/>
              </w:rPr>
              <w:t>4. RAZRED</w:t>
            </w:r>
          </w:p>
        </w:tc>
      </w:tr>
    </w:tbl>
    <w:p>
      <w:pPr>
        <w:spacing w:after="40"/>
      </w:pPr>
    </w:p>
    <w:p>
      <w:pPr>
        <w:pStyle w:val="TitlePlay"/>
        <w:spacing w:after="60"/>
        <w:jc w:val="center"/>
      </w:pPr>
      <w:r>
        <w:t>REŠENJA</w:t>
      </w:r>
    </w:p>
    <w:p>
      <w:pPr>
        <w:pStyle w:val="SubtitlePlay"/>
        <w:spacing w:after="200"/>
        <w:jc w:val="center"/>
      </w:pPr>
      <w:r>
        <w:t>Odvoji ovu stranu pre nego što dete počne zadatke.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1. Šifra od oblika  </w:t>
            </w:r>
            <w:r>
              <w:rPr>
                <w:rFonts w:ascii="Arial" w:hAnsi="Arial"/>
                <w:color w:val="282E38"/>
                <w:sz w:val="20"/>
              </w:rPr>
              <w:t>15. Krug = 6, trougao = 4, zvezda = 5, pa je 6 + 4 + 5 = 15.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2. Ko sedi gde?  </w:t>
            </w:r>
            <w:r>
              <w:rPr>
                <w:rFonts w:ascii="Arial" w:hAnsi="Arial"/>
                <w:color w:val="282E38"/>
                <w:sz w:val="20"/>
              </w:rPr>
              <w:t>Sara - Luka - Mina - Ognjen. Luka mora odmah levo od Mine, Mina nije na kraju, a Sara je na levom kraju.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3. Putovanje kroz vreme  </w:t>
            </w:r>
            <w:r>
              <w:rPr>
                <w:rFonts w:ascii="Arial" w:hAnsi="Arial"/>
                <w:color w:val="282E38"/>
                <w:sz w:val="20"/>
              </w:rPr>
              <w:t>17:30. 15:45 + 50 min = 16:35; + 20 min = 16:55; + 35 min = 17:30.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4. Novčići  </w:t>
            </w:r>
            <w:r>
              <w:rPr>
                <w:rFonts w:ascii="Arial" w:hAnsi="Arial"/>
                <w:color w:val="282E38"/>
                <w:sz w:val="20"/>
              </w:rPr>
              <w:t>1 novčić od 10 din, 4 od 20 din i 2 od 50 din. Ukupno: 10 + 80 + 100 = 190.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5. Koliko puteva?  </w:t>
            </w:r>
            <w:r>
              <w:rPr>
                <w:rFonts w:ascii="Arial" w:hAnsi="Arial"/>
                <w:color w:val="282E38"/>
                <w:sz w:val="20"/>
              </w:rPr>
              <w:t>6 različitih najkraćih puteva.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6. Obim figure  </w:t>
            </w:r>
            <w:r>
              <w:rPr>
                <w:rFonts w:ascii="Arial" w:hAnsi="Arial"/>
                <w:color w:val="282E38"/>
                <w:sz w:val="20"/>
              </w:rPr>
              <w:t>24 cm. Figura ima 12 spoljašnjih stranica kvadrata, a svaka je duga 2 cm: 12 × 2 = 24 cm.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7. Kalendarski detektiv  </w:t>
            </w:r>
            <w:r>
              <w:rPr>
                <w:rFonts w:ascii="Arial" w:hAnsi="Arial"/>
                <w:color w:val="282E38"/>
                <w:sz w:val="20"/>
              </w:rPr>
              <w:t>Petak. Od 5. do 23. oktobra ima 18 dana; 18 = 14 + 4, pa je to četiri dana posle ponedeljka.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8. Tačno 4 litra  </w:t>
            </w:r>
            <w:r>
              <w:rPr>
                <w:rFonts w:ascii="Arial" w:hAnsi="Arial"/>
                <w:color w:val="282E38"/>
                <w:sz w:val="20"/>
              </w:rPr>
              <w:t>Napuni 5 L i prespi u 3 L - ostaju 2 L. Isprazni 3 L, prebaci ta 2 L u nju. Ponovo napuni 5 L i dolij 1 L u posudu od 3 L. U posudi od 5 L ostaju tačno 4 L.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9. Brojevna piramida  </w:t>
            </w:r>
            <w:r>
              <w:rPr>
                <w:rFonts w:ascii="Arial" w:hAnsi="Arial"/>
                <w:color w:val="282E38"/>
                <w:sz w:val="20"/>
              </w:rPr>
              <w:t>Donji red: 4, 5, 7, 3. Sledeći: 9, 12, 10. Zatim: 21 i 22. Na vrhu je 43.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965B2"/>
                <w:sz w:val="22"/>
              </w:rPr>
              <w:t xml:space="preserve">10. Tri kutije  </w:t>
            </w:r>
            <w:r>
              <w:rPr>
                <w:rFonts w:ascii="Arial" w:hAnsi="Arial"/>
                <w:color w:val="282E38"/>
                <w:sz w:val="20"/>
              </w:rPr>
              <w:t>Kutija B. Ako je blago u B, A je istinita, a B i C su netačne - tačno jedna rečenica je istinita.</w:t>
            </w:r>
          </w:p>
        </w:tc>
      </w:tr>
    </w:tbl>
    <w:p>
      <w:pPr>
        <w:spacing w:after="20"/>
      </w:pPr>
    </w:p>
    <w:p>
      <w:pPr>
        <w:spacing w:before="160"/>
        <w:jc w:val="center"/>
      </w:pPr>
      <w:r>
        <w:rPr>
          <w:b/>
          <w:color w:val="7A5BD6"/>
        </w:rPr>
        <w:t>Bravo za upornost! Kod logičkih zadataka važan je put do rešenja, ne samo odgovor.</w:t>
      </w:r>
    </w:p>
    <w:sectPr w:rsidR="00FC693F" w:rsidRPr="0006063C" w:rsidSect="00034616">
      <w:pgSz w:w="12240" w:h="15840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Play">
    <w:name w:val="TitlePlay"/>
    <w:rPr>
      <w:rFonts w:ascii="Arial" w:hAnsi="Arial" w:eastAsia="Arial"/>
      <w:b/>
      <w:color w:val="2F64B0"/>
      <w:sz w:val="52"/>
    </w:rPr>
  </w:style>
  <w:style w:type="paragraph" w:customStyle="1" w:styleId="SubtitlePlay">
    <w:name w:val="SubtitlePlay"/>
    <w:rPr>
      <w:rFonts w:ascii="Arial" w:hAnsi="Arial" w:eastAsia="Arial"/>
      <w:b w:val="0"/>
      <w:color w:val="48566A"/>
      <w:sz w:val="26"/>
    </w:rPr>
  </w:style>
  <w:style w:type="paragraph" w:customStyle="1" w:styleId="TaskTitle">
    <w:name w:val="TaskTitle"/>
    <w:rPr>
      <w:rFonts w:ascii="Arial" w:hAnsi="Arial" w:eastAsia="Arial"/>
      <w:b/>
      <w:color w:val="2F64B0"/>
      <w:sz w:val="30"/>
    </w:rPr>
  </w:style>
  <w:style w:type="paragraph" w:customStyle="1" w:styleId="TaskBody">
    <w:name w:val="TaskBody"/>
    <w:rPr>
      <w:rFonts w:ascii="Arial" w:hAnsi="Arial" w:eastAsia="Arial"/>
      <w:b w:val="0"/>
      <w:color w:val="28303C"/>
      <w:sz w:val="23"/>
    </w:rPr>
  </w:style>
  <w:style w:type="paragraph" w:customStyle="1" w:styleId="SmallHint">
    <w:name w:val="SmallHint"/>
    <w:rPr>
      <w:rFonts w:ascii="Arial" w:hAnsi="Arial" w:eastAsia="Arial"/>
      <w:b w:val="0"/>
      <w:color w:val="596579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Mali matematički detektiv 2 - logičko-matematički zadaci za 4. razred</dc:title>
  <dc:subject>Radni list za štampu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