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ПРВИ ШКОЛСКИ ПИСМЕНИ ЗАДАТАК</w:t>
      </w:r>
    </w:p>
    <w:p>
      <w:r>
        <w:t>Група А                                      Име и презиме: __________________________</w:t>
      </w:r>
    </w:p>
    <w:p>
      <w:pPr>
        <w:spacing w:before="140"/>
      </w:pPr>
      <w:r>
        <w:rPr>
          <w:b/>
        </w:rPr>
        <w:t>1. Напиши цифрама следеће бројеве:</w:t>
      </w:r>
    </w:p>
    <w:p>
      <w:r>
        <w:t>а) седам хиљада четиристо педесет осам;</w:t>
      </w:r>
    </w:p>
    <w:p>
      <w:r>
        <w:t>б) осамдесет хиљада шестсто деведесет три;</w:t>
      </w:r>
    </w:p>
    <w:p>
      <w:r>
        <w:t>в) петсто четири милиона двеста осамнаест хиљада;</w:t>
      </w:r>
    </w:p>
    <w:p>
      <w:r>
        <w:t>г) шест милијарди тридесет пет милиона двеста четрдесет хиљада девет.</w:t>
      </w:r>
    </w:p>
    <w:p>
      <w:pPr>
        <w:spacing w:before="140"/>
      </w:pPr>
      <w:r>
        <w:rPr>
          <w:b/>
        </w:rPr>
        <w:t>2. Помоћу цифара 4, 7, 1, 9, 3 и 0 напиши најмањи и највећи шестоцифрени број тако да се цифре не понављају.</w:t>
      </w:r>
    </w:p>
    <w:p>
      <w:pPr>
        <w:spacing w:before="140"/>
      </w:pPr>
      <w:r>
        <w:rPr>
          <w:b/>
        </w:rPr>
        <w:t>3. Израчунај писменим поступком:</w:t>
      </w:r>
    </w:p>
    <w:p>
      <w:r>
        <w:t>а) збир бројева: 7 428 и 6 593; 472 856 и 85 739; 584 677 и 326 948.</w:t>
      </w:r>
    </w:p>
    <w:p>
      <w:r>
        <w:t>б) разлику бројева: 8 625 и 3 478; 93 402 и 57 685; 704 320 и 268 754.</w:t>
      </w:r>
    </w:p>
    <w:p>
      <w:pPr>
        <w:spacing w:before="140"/>
      </w:pPr>
      <w:r>
        <w:rPr>
          <w:b/>
        </w:rPr>
        <w:t>4. За колико је збир бројева 325 478 и 184 639 мањи од броја 800 000? Састави израз и израчунај његову вредност.</w:t>
      </w:r>
    </w:p>
    <w:p>
      <w:r>
        <w:t>________________________________________________________________________________</w:t>
      </w:r>
    </w:p>
    <w:p>
      <w:pPr>
        <w:spacing w:before="140"/>
      </w:pPr>
      <w:r>
        <w:rPr>
          <w:b/>
        </w:rPr>
        <w:t>5. За Миличин ранац, перницу, свеске и патике плаћено је 9 650 динара. Перница, свеске и патике коштају 7 420 динара, а ранац, перница и свеске коштају 4 830 динара. Колико појединачно коштају ранац, перница, свеске и патике ако ранац, перница и патике коштају 8 910 динара?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30"/>
        </w:rPr>
        <w:t>ПРВИ ШКОЛСКИ ПИСМЕНИ ЗАДАТАК</w:t>
      </w:r>
    </w:p>
    <w:p>
      <w:r>
        <w:t>Група Б                                      Име и презиме: __________________________</w:t>
      </w:r>
    </w:p>
    <w:p>
      <w:pPr>
        <w:spacing w:before="140"/>
      </w:pPr>
      <w:r>
        <w:rPr>
          <w:b/>
        </w:rPr>
        <w:t>1. Напиши цифрама следеће бројеве:</w:t>
      </w:r>
    </w:p>
    <w:p>
      <w:r>
        <w:t>а) девет хиљада шестсто четрдесет два;</w:t>
      </w:r>
    </w:p>
    <w:p>
      <w:r>
        <w:t>б) шездесет пет хиљада триста седамдесет осам;</w:t>
      </w:r>
    </w:p>
    <w:p>
      <w:r>
        <w:t>в) седамсто три милиона четиристо двадесет шест хиљада;</w:t>
      </w:r>
    </w:p>
    <w:p>
      <w:r>
        <w:t>г) осам милијарди четрдесет два милиона триста петнаест хиљада шест.</w:t>
      </w:r>
    </w:p>
    <w:p>
      <w:pPr>
        <w:spacing w:before="140"/>
      </w:pPr>
      <w:r>
        <w:rPr>
          <w:b/>
        </w:rPr>
        <w:t>2. Помоћу цифара 6, 2, 8, 0, 5 и 1 напиши најмањи и највећи шестоцифрени број тако да се цифре не понављају.</w:t>
      </w:r>
    </w:p>
    <w:p>
      <w:pPr>
        <w:spacing w:before="140"/>
      </w:pPr>
      <w:r>
        <w:rPr>
          <w:b/>
        </w:rPr>
        <w:t>3. Израчунај писменим поступком:</w:t>
      </w:r>
    </w:p>
    <w:p>
      <w:r>
        <w:t>а) збир бројева: 9 537 и 4 686; 365 748 и 97 586; 476 859 и 385 674.</w:t>
      </w:r>
    </w:p>
    <w:p>
      <w:r>
        <w:t>б) разлику бројева: 7 436 и 2 859; 84 203 и 46 758; 803 410 и 376 925.</w:t>
      </w:r>
    </w:p>
    <w:p>
      <w:pPr>
        <w:spacing w:before="140"/>
      </w:pPr>
      <w:r>
        <w:rPr>
          <w:b/>
        </w:rPr>
        <w:t>4. За колико је збир бројева 438 275 и 153 689 мањи од броја 900 000? Састави израз и израчунај његову вредност.</w:t>
      </w:r>
    </w:p>
    <w:p>
      <w:r>
        <w:t>________________________________________________________________________________</w:t>
      </w:r>
    </w:p>
    <w:p>
      <w:pPr>
        <w:spacing w:before="140"/>
      </w:pPr>
      <w:r>
        <w:rPr>
          <w:b/>
        </w:rPr>
        <w:t>5. За Јованову јакну, капу, шал и рукавице плаћено је 8 760 динара. Капа, шал и рукавице коштају 2 340 динара, а јакна, шал и рукавице 7 980 динара. Колико појединачно коштају јакна, капа, шал и рукавице ако јакна, капа и шал коштају 8 120 динара?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