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</w:rPr>
        <w:t>ТЕСТ 1 — ГРАЂЕЊЕ РЕЧИ</w:t>
      </w:r>
    </w:p>
    <w:p>
      <w:pPr>
        <w:spacing w:after="100"/>
      </w:pPr>
      <w:r>
        <w:rPr>
          <w:b w:val="0"/>
        </w:rPr>
        <w:t>Име и презиме: __________________________     Датум: __________</w:t>
      </w:r>
    </w:p>
    <w:p>
      <w:pPr>
        <w:spacing w:after="100"/>
      </w:pPr>
      <w:r>
        <w:rPr>
          <w:b/>
        </w:rPr>
        <w:t>1. Подвуци две просте именице.</w:t>
      </w:r>
    </w:p>
    <w:p>
      <w:pPr>
        <w:spacing w:after="100"/>
      </w:pPr>
      <w:r>
        <w:rPr>
          <w:b w:val="0"/>
        </w:rPr>
        <w:t>Дечак је у дворишту угледао птицу на високом дрвету.</w:t>
      </w:r>
    </w:p>
    <w:p>
      <w:pPr>
        <w:spacing w:after="100"/>
      </w:pPr>
      <w:r>
        <w:rPr>
          <w:b/>
        </w:rPr>
        <w:t>2. Разврстај речи на просте речи и творенице.</w:t>
      </w:r>
    </w:p>
    <w:p>
      <w:pPr>
        <w:spacing w:after="100"/>
      </w:pPr>
      <w:r>
        <w:rPr>
          <w:b w:val="0"/>
        </w:rPr>
        <w:t>ЗУБ, ПРОЗОРЧИЋ, СТО, ПРЕПИСАТИ, РУКА, ШУМАР, ПОДВОДНИ, ГРАД</w:t>
        <w:br/>
        <w:t>Просте: ______________________________</w:t>
        <w:br/>
        <w:t>Творенице: ____________________________</w:t>
      </w:r>
    </w:p>
    <w:p>
      <w:pPr>
        <w:spacing w:after="100"/>
      </w:pPr>
      <w:r>
        <w:rPr>
          <w:b/>
        </w:rPr>
        <w:t>3. а) Подвуци реч која не припада породици. б) Одреди корен.</w:t>
      </w:r>
    </w:p>
    <w:p>
      <w:pPr>
        <w:spacing w:after="100"/>
      </w:pPr>
      <w:r>
        <w:rPr>
          <w:b w:val="0"/>
        </w:rPr>
        <w:t>а) ЛИСТ, ЛИСТИЋ, ЛИСТАТИ, ЛИСИЦА, ЛИСНАТ</w:t>
        <w:br/>
        <w:t>б) писати, писац, преписати, запис, писмо — корен: ______</w:t>
      </w:r>
    </w:p>
    <w:p>
      <w:pPr>
        <w:spacing w:after="100"/>
      </w:pPr>
      <w:r>
        <w:rPr>
          <w:b/>
        </w:rPr>
        <w:t>4. Изгради именице од придева.</w:t>
      </w:r>
    </w:p>
    <w:p>
      <w:pPr>
        <w:spacing w:after="100"/>
      </w:pPr>
      <w:r>
        <w:rPr>
          <w:b w:val="0"/>
        </w:rPr>
        <w:t>МЛАД → ______  БРЗ → ______  ЛЕП → ______  МУДАР → ______</w:t>
      </w:r>
    </w:p>
    <w:p>
      <w:pPr>
        <w:spacing w:after="100"/>
      </w:pPr>
      <w:r>
        <w:rPr>
          <w:b/>
        </w:rPr>
        <w:t>5. Повежи дела са писцима.</w:t>
      </w:r>
    </w:p>
    <w:p>
      <w:pPr>
        <w:spacing w:after="100"/>
      </w:pPr>
      <w:r>
        <w:rPr>
          <w:b w:val="0"/>
        </w:rPr>
        <w:t>а) Плави чуперак     1) Бранко Ћопић</w:t>
        <w:br/>
        <w:t>б) Хајдуци                  2) Мирослав Антић</w:t>
        <w:br/>
        <w:t>в) Орлови рано лете    3) Бранислав Нушић</w:t>
        <w:br/>
        <w:t>г) Доживљаји мачка Тоше  4) Бранко Ћопић</w:t>
      </w:r>
    </w:p>
    <w:p>
      <w:pPr>
        <w:spacing w:after="100"/>
      </w:pPr>
      <w:r>
        <w:rPr>
          <w:b/>
        </w:rPr>
        <w:t>6. Напиши деминутив и аугментатив именице КУЋА.</w:t>
      </w:r>
    </w:p>
    <w:p>
      <w:pPr>
        <w:spacing w:after="100"/>
      </w:pPr>
      <w:r>
        <w:rPr>
          <w:b w:val="0"/>
        </w:rPr>
        <w:t>Деминутив: __________  Аугментатив: __________</w:t>
      </w:r>
    </w:p>
    <w:p>
      <w:pPr>
        <w:spacing w:after="100"/>
      </w:pPr>
      <w:r>
        <w:rPr>
          <w:b/>
        </w:rPr>
        <w:t>7. Заокружи суфиксе.</w:t>
      </w:r>
    </w:p>
    <w:p>
      <w:pPr>
        <w:spacing w:after="100"/>
      </w:pPr>
      <w:r>
        <w:rPr>
          <w:b w:val="0"/>
        </w:rPr>
        <w:t>ПЕКАР, ШУМАР, ЗИДАР, РИБАР</w:t>
      </w:r>
    </w:p>
    <w:p>
      <w:pPr>
        <w:spacing w:after="100"/>
      </w:pPr>
      <w:r>
        <w:rPr>
          <w:b/>
        </w:rPr>
        <w:t>8. Одреди корен, творбену и граматичку основу речи УЧЕНИЦИМА.</w:t>
      </w:r>
    </w:p>
    <w:p>
      <w:pPr>
        <w:spacing w:after="100"/>
      </w:pPr>
      <w:r>
        <w:rPr>
          <w:b w:val="0"/>
        </w:rPr>
        <w:t>Корен: ______  Творбена основа: ______  Граматичка основа: ______</w:t>
      </w:r>
    </w:p>
    <w:p>
      <w:pPr>
        <w:spacing w:after="100"/>
      </w:pPr>
      <w:r>
        <w:rPr>
          <w:b/>
        </w:rPr>
        <w:t>9. Подвуци сложенице са спојним вокалом -о- или -е-.</w:t>
      </w:r>
    </w:p>
    <w:p>
      <w:pPr>
        <w:spacing w:after="100"/>
      </w:pPr>
      <w:r>
        <w:rPr>
          <w:b w:val="0"/>
        </w:rPr>
        <w:t>ВОДОПАД, ПРЕПИСАТИ, РУКОПИС, ШКОЛСКИ, ЗЕМЉОРАДНИК, ПОДЗЕМНИ</w:t>
      </w:r>
    </w:p>
    <w:p>
      <w:r>
        <w:br w:type="page"/>
      </w:r>
    </w:p>
    <w:p>
      <w:pPr>
        <w:spacing w:after="100"/>
      </w:pPr>
      <w:r>
        <w:rPr>
          <w:b/>
        </w:rPr>
        <w:t>ТЕСТ 2 — ГРАЂЕЊЕ РЕЧИ</w:t>
      </w:r>
    </w:p>
    <w:p>
      <w:pPr>
        <w:spacing w:after="100"/>
      </w:pPr>
      <w:r>
        <w:rPr>
          <w:b w:val="0"/>
        </w:rPr>
        <w:t>Име и презиме: __________________________     Датум: __________</w:t>
      </w:r>
    </w:p>
    <w:p>
      <w:pPr>
        <w:spacing w:after="100"/>
      </w:pPr>
      <w:r>
        <w:rPr>
          <w:b/>
        </w:rPr>
        <w:t>1. Подвуци три просте именице.</w:t>
      </w:r>
    </w:p>
    <w:p>
      <w:pPr>
        <w:spacing w:after="100"/>
      </w:pPr>
      <w:r>
        <w:rPr>
          <w:b w:val="0"/>
        </w:rPr>
        <w:t>Мајка је ставила хлеб и сир на сто поред прозора.</w:t>
      </w:r>
    </w:p>
    <w:p>
      <w:pPr>
        <w:spacing w:after="100"/>
      </w:pPr>
      <w:r>
        <w:rPr>
          <w:b/>
        </w:rPr>
        <w:t>2. Разврстај речи на просте речи и творенице.</w:t>
      </w:r>
    </w:p>
    <w:p>
      <w:pPr>
        <w:spacing w:after="100"/>
      </w:pPr>
      <w:r>
        <w:rPr>
          <w:b w:val="0"/>
        </w:rPr>
        <w:t>ВОДА, НАДЗОРНИК, ЦВЕТ, КЊИЖИЦА, ДАН, ПУТОВАЊЕ, НОС, ПОДМОРНИЦА</w:t>
        <w:br/>
        <w:t>Просте: ______________________________</w:t>
        <w:br/>
        <w:t>Творенице: ____________________________</w:t>
      </w:r>
    </w:p>
    <w:p>
      <w:pPr>
        <w:spacing w:after="100"/>
      </w:pPr>
      <w:r>
        <w:rPr>
          <w:b/>
        </w:rPr>
        <w:t>3. а) Подвуци реч која не припада породици. б) Одреди корен.</w:t>
      </w:r>
    </w:p>
    <w:p>
      <w:pPr>
        <w:spacing w:after="100"/>
      </w:pPr>
      <w:r>
        <w:rPr>
          <w:b w:val="0"/>
        </w:rPr>
        <w:t>а) ВОДА, ВОДЕНИ, ВОДИЧ, ВОДЕНИЦА, ВОДОПАД</w:t>
        <w:br/>
        <w:t>б) летети, летач, полетети, лет — корен: ______</w:t>
      </w:r>
    </w:p>
    <w:p>
      <w:pPr>
        <w:spacing w:after="100"/>
      </w:pPr>
      <w:r>
        <w:rPr>
          <w:b/>
        </w:rPr>
        <w:t>4. Изгради именице од придева.</w:t>
      </w:r>
    </w:p>
    <w:p>
      <w:pPr>
        <w:spacing w:after="100"/>
      </w:pPr>
      <w:r>
        <w:rPr>
          <w:b w:val="0"/>
        </w:rPr>
        <w:t>СТАР → ______  ЈАК → ______  ДОБАР → ______  ХРАБАР → ______</w:t>
      </w:r>
    </w:p>
    <w:p>
      <w:pPr>
        <w:spacing w:after="100"/>
      </w:pPr>
      <w:r>
        <w:rPr>
          <w:b/>
        </w:rPr>
        <w:t>5. Повежи дела са писцима.</w:t>
      </w:r>
    </w:p>
    <w:p>
      <w:pPr>
        <w:spacing w:after="100"/>
      </w:pPr>
      <w:r>
        <w:rPr>
          <w:b w:val="0"/>
        </w:rPr>
        <w:t>а) Аутобиографија     1) Десанка Максимовић</w:t>
        <w:br/>
        <w:t>б) Крвава бајка          2) Бранислав Нушић</w:t>
        <w:br/>
        <w:t>в) Плава гробница      3) Јован Јовановић Змај</w:t>
        <w:br/>
        <w:t>г) Ђулићи                     4) Милутин Бојић</w:t>
      </w:r>
    </w:p>
    <w:p>
      <w:pPr>
        <w:spacing w:after="100"/>
      </w:pPr>
      <w:r>
        <w:rPr>
          <w:b/>
        </w:rPr>
        <w:t>6. Напиши деминутив и аугментатив именице РУКА.</w:t>
      </w:r>
    </w:p>
    <w:p>
      <w:pPr>
        <w:spacing w:after="100"/>
      </w:pPr>
      <w:r>
        <w:rPr>
          <w:b w:val="0"/>
        </w:rPr>
        <w:t>Деминутив: __________  Аугментатив: __________</w:t>
      </w:r>
    </w:p>
    <w:p>
      <w:pPr>
        <w:spacing w:after="100"/>
      </w:pPr>
      <w:r>
        <w:rPr>
          <w:b/>
        </w:rPr>
        <w:t>7. Заокружи суфиксе.</w:t>
      </w:r>
    </w:p>
    <w:p>
      <w:pPr>
        <w:spacing w:after="100"/>
      </w:pPr>
      <w:r>
        <w:rPr>
          <w:b w:val="0"/>
        </w:rPr>
        <w:t>ЦВЕЋАР, МЛЕКАР, ПЕКАР, ЧАСОВНИЧАР</w:t>
      </w:r>
    </w:p>
    <w:p>
      <w:pPr>
        <w:spacing w:after="100"/>
      </w:pPr>
      <w:r>
        <w:rPr>
          <w:b/>
        </w:rPr>
        <w:t>8. Одреди корен, творбену и граматичку основу речи ШКОЛАРЦИМА.</w:t>
      </w:r>
    </w:p>
    <w:p>
      <w:pPr>
        <w:spacing w:after="100"/>
      </w:pPr>
      <w:r>
        <w:rPr>
          <w:b w:val="0"/>
        </w:rPr>
        <w:t>Корен: ______  Творбена основа: ______  Граматичка основа: ______</w:t>
      </w:r>
    </w:p>
    <w:p>
      <w:pPr>
        <w:spacing w:after="100"/>
      </w:pPr>
      <w:r>
        <w:rPr>
          <w:b/>
        </w:rPr>
        <w:t>9. Подвуци сложенице са спојним вокалом -о- или -е-.</w:t>
      </w:r>
    </w:p>
    <w:p>
      <w:pPr>
        <w:spacing w:after="100"/>
      </w:pPr>
      <w:r>
        <w:rPr>
          <w:b w:val="0"/>
        </w:rPr>
        <w:t>СУНЦОБРАН, ИЗЛЕТ, БРОДОГРАДЊА, РУКОМЕТ, ПРЕСКОЧИТИ, КИШОБРАН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