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ТЕСТ 3 – ГРАЂЕЊЕ РЕЧИ</w:t>
      </w:r>
    </w:p>
    <w:p>
      <w:pPr>
        <w:jc w:val="center"/>
      </w:pPr>
      <w:r>
        <w:rPr>
          <w:b w:val="0"/>
        </w:rPr>
        <w:t>Српски језик – 6. разред</w:t>
      </w:r>
    </w:p>
    <w:p>
      <w:r>
        <w:rPr>
          <w:b w:val="0"/>
        </w:rPr>
        <w:t>Име и презиме: _____________________________________    Датум: ______________</w:t>
      </w:r>
    </w:p>
    <w:p>
      <w:r>
        <w:rPr>
          <w:b/>
        </w:rPr>
        <w:t>1. Прочитај реченицу и издвој:</w:t>
      </w:r>
    </w:p>
    <w:p>
      <w:r>
        <w:rPr>
          <w:b w:val="0"/>
        </w:rPr>
        <w:t>Млади рибар је поред реке угледао малену кућицу и стари дрвени мост.</w:t>
      </w:r>
    </w:p>
    <w:p>
      <w:r>
        <w:rPr>
          <w:b w:val="0"/>
        </w:rPr>
        <w:t>а) Три просте речи: __________________________________________________</w:t>
      </w:r>
    </w:p>
    <w:p>
      <w:r>
        <w:rPr>
          <w:b w:val="0"/>
        </w:rPr>
        <w:t>б) Три творенице: ____________________________________________________</w:t>
      </w:r>
    </w:p>
    <w:p>
      <w:r>
        <w:rPr>
          <w:b/>
        </w:rPr>
        <w:t>2. Разврстај речи на просте речи, изведенице и сложенице:</w:t>
      </w:r>
    </w:p>
    <w:p>
      <w:r>
        <w:rPr>
          <w:b w:val="0"/>
        </w:rPr>
        <w:t>ПУТ, РУКОПИС, ШУМИЦА, ВОДА, КИШОБРАН, ПЕВАЧ, ЛИСТ, ЗЕМЉОРАДНИК, ПРЕПИСАТИ</w:t>
      </w:r>
    </w:p>
    <w:p>
      <w:r>
        <w:rPr>
          <w:b w:val="0"/>
        </w:rPr>
        <w:t>Просте речи: ________________________________________________________</w:t>
      </w:r>
    </w:p>
    <w:p>
      <w:r>
        <w:rPr>
          <w:b w:val="0"/>
        </w:rPr>
        <w:t>Изведенице: _________________________________________________________</w:t>
      </w:r>
    </w:p>
    <w:p>
      <w:r>
        <w:rPr>
          <w:b w:val="0"/>
        </w:rPr>
        <w:t>Сложенице: __________________________________________________________</w:t>
      </w:r>
    </w:p>
    <w:p>
      <w:r>
        <w:rPr>
          <w:b/>
        </w:rPr>
        <w:t>3. Породица речи</w:t>
      </w:r>
    </w:p>
    <w:p>
      <w:r>
        <w:rPr>
          <w:b w:val="0"/>
        </w:rPr>
        <w:t>а) Подвуци реч која не припада истој породици: ГРАД, ГРАДСКИ, ГРАДИТИ, ГРАЂАНИН, ПРИГРАДСКИ</w:t>
      </w:r>
    </w:p>
    <w:p>
      <w:r>
        <w:rPr>
          <w:b w:val="0"/>
        </w:rPr>
        <w:t>б) Одреди заједнички корен: ШУМА, ШУМАР, ШУМСКИ, ШУМИЦА.  Корен: __________</w:t>
      </w:r>
    </w:p>
    <w:p>
      <w:r>
        <w:rPr>
          <w:b w:val="0"/>
        </w:rPr>
        <w:t>в) Напиши још две речи из породице речи „писати”: ______________________________</w:t>
      </w:r>
    </w:p>
    <w:p>
      <w:r>
        <w:rPr>
          <w:b/>
        </w:rPr>
        <w:t>4. Од датих речи изгради нове речи према упутству.</w:t>
      </w:r>
    </w:p>
    <w:p>
      <w:r>
        <w:rPr>
          <w:b w:val="0"/>
        </w:rPr>
        <w:t>а) цвет → деминутив: __________________</w:t>
      </w:r>
    </w:p>
    <w:p>
      <w:r>
        <w:rPr>
          <w:b w:val="0"/>
        </w:rPr>
        <w:t>б) храбар → именица: __________________</w:t>
      </w:r>
    </w:p>
    <w:p>
      <w:r>
        <w:rPr>
          <w:b w:val="0"/>
        </w:rPr>
        <w:t>в) читати → именица за вршиоца радње: __________________</w:t>
      </w:r>
    </w:p>
    <w:p>
      <w:r>
        <w:rPr>
          <w:b w:val="0"/>
        </w:rPr>
        <w:t>г) село → придев: __________________</w:t>
      </w:r>
    </w:p>
    <w:p>
      <w:r>
        <w:rPr>
          <w:b w:val="0"/>
        </w:rPr>
        <w:t>д) писати → два глагола додавањем префикса: __________________, __________________</w:t>
      </w:r>
    </w:p>
    <w:p>
      <w:r>
        <w:rPr>
          <w:b/>
        </w:rPr>
        <w:t>5. Одреди начин грађења (извођење, слагање или додавање префикса).</w:t>
      </w:r>
    </w:p>
    <w:p>
      <w:r>
        <w:rPr>
          <w:b w:val="0"/>
        </w:rPr>
        <w:t>а) ШУМАР __________  б) ВОДОПАД __________  в) ПРЕПИСАТИ __________</w:t>
      </w:r>
    </w:p>
    <w:p>
      <w:r>
        <w:rPr>
          <w:b w:val="0"/>
        </w:rPr>
        <w:t>г) РУКОМЕТ __________  д) КЊИЖИЦА __________  ђ) ОТПЕВАТИ __________</w:t>
      </w:r>
    </w:p>
    <w:p>
      <w:r>
        <w:rPr>
          <w:b/>
        </w:rPr>
        <w:t>6. Напиши деминутив и аугментатив.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Именица</w:t>
            </w:r>
          </w:p>
        </w:tc>
        <w:tc>
          <w:tcPr>
            <w:tcW w:type="dxa" w:w="3213"/>
          </w:tcPr>
          <w:p>
            <w:r>
              <w:t>Деминутив</w:t>
            </w:r>
          </w:p>
        </w:tc>
        <w:tc>
          <w:tcPr>
            <w:tcW w:type="dxa" w:w="3213"/>
          </w:tcPr>
          <w:p>
            <w:r>
              <w:t>Аугментатив</w:t>
            </w:r>
          </w:p>
        </w:tc>
      </w:tr>
      <w:tr>
        <w:tc>
          <w:tcPr>
            <w:tcW w:type="dxa" w:w="3213"/>
          </w:tcPr>
          <w:p>
            <w:r>
              <w:t>ГЛАВА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</w:tr>
      <w:tr>
        <w:tc>
          <w:tcPr>
            <w:tcW w:type="dxa" w:w="3213"/>
          </w:tcPr>
          <w:p>
            <w:r>
              <w:t>КЊИГА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</w:tr>
      <w:tr>
        <w:tc>
          <w:tcPr>
            <w:tcW w:type="dxa" w:w="3213"/>
          </w:tcPr>
          <w:p>
            <w:r>
              <w:t>НОГА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  <w:tc>
          <w:tcPr>
            <w:tcW w:type="dxa" w:w="3213"/>
          </w:tcPr>
          <w:p>
            <w:r>
              <w:t>________________</w:t>
            </w:r>
          </w:p>
        </w:tc>
      </w:tr>
    </w:tbl>
    <w:p>
      <w:r>
        <w:rPr>
          <w:b/>
        </w:rPr>
        <w:t>7. Одреди префикс или суфикс којим је реч изграђена.</w:t>
      </w:r>
    </w:p>
    <w:p>
      <w:r>
        <w:rPr>
          <w:b w:val="0"/>
        </w:rPr>
        <w:t>а) ПОДВОДНИ – префикс: ________   б) ПЕВАЧ – суфикс: ________</w:t>
      </w:r>
    </w:p>
    <w:p>
      <w:r>
        <w:rPr>
          <w:b w:val="0"/>
        </w:rPr>
        <w:t>в) БРЗИНА – суфикс: ________   г) ПРЕПИСАТИ – префикс: ________</w:t>
      </w:r>
    </w:p>
    <w:p>
      <w:r>
        <w:rPr>
          <w:b w:val="0"/>
        </w:rPr>
        <w:t>д) ШКОЛСКИ – суфикс: ________</w:t>
      </w:r>
    </w:p>
    <w:p>
      <w:r>
        <w:rPr>
          <w:b/>
        </w:rPr>
        <w:t>8. Одреди корен, творбену и граматичку основу речи „рибарицама”.</w:t>
      </w:r>
    </w:p>
    <w:p>
      <w:r>
        <w:rPr>
          <w:b w:val="0"/>
        </w:rPr>
        <w:t>а) Корен: __________   б) Творбена основа именице „рибарица”: __________</w:t>
      </w:r>
    </w:p>
    <w:p>
      <w:r>
        <w:rPr>
          <w:b w:val="0"/>
        </w:rPr>
        <w:t>в) Граматичка основа облика „рибарицама”: __________</w:t>
      </w:r>
    </w:p>
    <w:p>
      <w:r>
        <w:rPr>
          <w:b/>
        </w:rPr>
        <w:t>9. Пажљиво прочитај речи:</w:t>
      </w:r>
    </w:p>
    <w:p>
      <w:r>
        <w:rPr>
          <w:b w:val="0"/>
        </w:rPr>
        <w:t>СУНЦОБРАН, ПОДЗЕМНИ, РУКОПИС, ПРЕПИСИВАЊЕ, ЗЕМЉОРАДНИК, ШКОЛСКИ, КИШОБРАН, ПРЕТРЧАТИ</w:t>
      </w:r>
    </w:p>
    <w:p>
      <w:r>
        <w:rPr>
          <w:b w:val="0"/>
        </w:rPr>
        <w:t>а) Подвуци сложенице настале помоћу спојног вокала.</w:t>
      </w:r>
    </w:p>
    <w:p>
      <w:r>
        <w:rPr>
          <w:b w:val="0"/>
        </w:rPr>
        <w:t>б) Препиши две речи које имају префикс: __________________, __________________</w:t>
      </w:r>
    </w:p>
    <w:p>
      <w:r>
        <w:rPr>
          <w:b w:val="0"/>
        </w:rPr>
        <w:t>в) Издвој једну реч насталу извођењем: __________________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