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66473"/>
          <w:sz w:val="20"/>
        </w:rPr>
        <w:t>SRPSKI JEZIK  •  6. RAZRED</w:t>
      </w:r>
    </w:p>
    <w:p>
      <w:pPr>
        <w:jc w:val="center"/>
      </w:pPr>
      <w:r>
        <w:rPr>
          <w:b/>
          <w:sz w:val="32"/>
        </w:rPr>
        <w:t>GRAĐENJE REČI — TEST 1</w:t>
      </w:r>
    </w:p>
    <w:p>
      <w:pPr>
        <w:spacing w:after="260"/>
      </w:pPr>
      <w:r>
        <w:t>Ime i prezime: ____________________________________     Datum: 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1. Proste reči i tvorenice</w:t>
      </w:r>
    </w:p>
    <w:p>
      <w:r>
        <w:t>Razvrstaj reči: šuma, šumar, voda, vodeni, zub, zubar, prepisati, pisati, kuća, kućica, grad, gradski.</w:t>
      </w:r>
    </w:p>
    <w:p>
      <w:r>
        <w:t>Proste reči: ______________________________________________________________________</w:t>
      </w:r>
    </w:p>
    <w:p>
      <w:r>
        <w:t>Tvorenice: _________________________________________________________________________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2. Pronađi prefiks</w:t>
      </w:r>
    </w:p>
    <w:p>
      <w:r>
        <w:t>U rečima podvuci prefiks, a zatim napiši polaznu reč.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Tvorenica</w:t>
            </w:r>
          </w:p>
        </w:tc>
        <w:tc>
          <w:tcPr>
            <w:tcW w:type="dxa" w:w="4968"/>
          </w:tcPr>
          <w:p>
            <w:r>
              <w:rPr>
                <w:b/>
              </w:rPr>
              <w:t>Polazna reč</w:t>
            </w:r>
          </w:p>
        </w:tc>
      </w:tr>
      <w:tr>
        <w:tc>
          <w:tcPr>
            <w:tcW w:type="dxa" w:w="4968"/>
          </w:tcPr>
          <w:p>
            <w:r>
              <w:t>prepisati</w:t>
            </w:r>
          </w:p>
        </w:tc>
        <w:tc>
          <w:tcPr>
            <w:tcW w:type="dxa" w:w="4968"/>
          </w:tcPr>
          <w:p>
            <w:r>
              <w:t>____________________</w:t>
            </w:r>
          </w:p>
        </w:tc>
      </w:tr>
      <w:tr>
        <w:tc>
          <w:tcPr>
            <w:tcW w:type="dxa" w:w="4968"/>
          </w:tcPr>
          <w:p>
            <w:r>
              <w:t>dopisati</w:t>
            </w:r>
          </w:p>
        </w:tc>
        <w:tc>
          <w:tcPr>
            <w:tcW w:type="dxa" w:w="4968"/>
          </w:tcPr>
          <w:p>
            <w:r>
              <w:t>____________________</w:t>
            </w:r>
          </w:p>
        </w:tc>
      </w:tr>
      <w:tr>
        <w:tc>
          <w:tcPr>
            <w:tcW w:type="dxa" w:w="4968"/>
          </w:tcPr>
          <w:p>
            <w:r>
              <w:t>izleteti</w:t>
            </w:r>
          </w:p>
        </w:tc>
        <w:tc>
          <w:tcPr>
            <w:tcW w:type="dxa" w:w="4968"/>
          </w:tcPr>
          <w:p>
            <w:r>
              <w:t>____________________</w:t>
            </w:r>
          </w:p>
        </w:tc>
      </w:tr>
      <w:tr>
        <w:tc>
          <w:tcPr>
            <w:tcW w:type="dxa" w:w="4968"/>
          </w:tcPr>
          <w:p>
            <w:r>
              <w:t>podzemni</w:t>
            </w:r>
          </w:p>
        </w:tc>
        <w:tc>
          <w:tcPr>
            <w:tcW w:type="dxa" w:w="4968"/>
          </w:tcPr>
          <w:p>
            <w:r>
              <w:t>____________________</w:t>
            </w:r>
          </w:p>
        </w:tc>
      </w:tr>
      <w:tr>
        <w:tc>
          <w:tcPr>
            <w:tcW w:type="dxa" w:w="4968"/>
          </w:tcPr>
          <w:p>
            <w:r>
              <w:t>nepravda</w:t>
            </w:r>
          </w:p>
        </w:tc>
        <w:tc>
          <w:tcPr>
            <w:tcW w:type="dxa" w:w="4968"/>
          </w:tcPr>
          <w:p>
            <w:r>
              <w:t>____________________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E455C"/>
          <w:sz w:val="23"/>
        </w:rPr>
        <w:t>3. Pronađi sufiks</w:t>
      </w:r>
    </w:p>
    <w:p>
      <w:r>
        <w:t>Zaokruži sufiks u svakoj reči:</w:t>
      </w:r>
    </w:p>
    <w:p>
      <w:r>
        <w:t>a) šumar       b) učitelj       v) cvetić       g) mladost       d) zidar       đ) ribica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4. Izbaci uljeza</w:t>
      </w:r>
    </w:p>
    <w:p>
      <w:r>
        <w:t>U svakom nizu zaokruži reč koja se razlikuje po načinu građenja i ukratko objasni izbor.</w:t>
      </w:r>
    </w:p>
    <w:p>
      <w:r>
        <w:t>a) kućica, vodica, ribica, reka     Zato što: __________________________________________</w:t>
      </w:r>
    </w:p>
    <w:p>
      <w:r>
        <w:t>b) preleteti, prepisati, preskočiti, pisac     Zato što: __________________________________________</w:t>
      </w:r>
    </w:p>
    <w:p>
      <w:r>
        <w:t>v) zubar, pekar, lekar, zub     Zato što: __________________________________________</w:t>
      </w:r>
    </w:p>
    <w:p>
      <w:r>
        <w:t>g) šumski, gradski, morski, more     Zato što: __________________________________________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5. Napravi izvedenice</w:t>
      </w:r>
    </w:p>
    <w:p>
      <w:r>
        <w:t>Od svake proste reči napravi po dve izvedenice.</w:t>
      </w:r>
    </w:p>
    <w:p>
      <w:r>
        <w:t>zub → ________________________ , ________________________</w:t>
      </w:r>
    </w:p>
    <w:p>
      <w:r>
        <w:t>šuma → ________________________ , ________________________</w:t>
      </w:r>
    </w:p>
    <w:p>
      <w:r>
        <w:t>cvet → ________________________ , ________________________</w:t>
      </w:r>
    </w:p>
    <w:p>
      <w:r>
        <w:t>kamen → ________________________ , ________________________</w:t>
      </w:r>
    </w:p>
    <w:p>
      <w:r>
        <w:br w:type="page"/>
      </w:r>
    </w:p>
    <w:p>
      <w:pPr>
        <w:keepNext/>
        <w:spacing w:before="120" w:after="60"/>
      </w:pPr>
      <w:r>
        <w:rPr>
          <w:b/>
          <w:color w:val="1E455C"/>
          <w:sz w:val="23"/>
        </w:rPr>
        <w:t>6. Prefiks ili sufiks?</w:t>
      </w:r>
    </w:p>
    <w:p>
      <w:r>
        <w:t>Odredi da li je istaknuti deo prefiks ili sufiks.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Reč</w:t>
            </w:r>
          </w:p>
        </w:tc>
        <w:tc>
          <w:tcPr>
            <w:tcW w:type="dxa" w:w="3312"/>
          </w:tcPr>
          <w:p>
            <w:r>
              <w:rPr>
                <w:b/>
              </w:rPr>
              <w:t>Deo reči</w:t>
            </w:r>
          </w:p>
        </w:tc>
        <w:tc>
          <w:tcPr>
            <w:tcW w:type="dxa" w:w="3312"/>
          </w:tcPr>
          <w:p>
            <w:r>
              <w:rPr>
                <w:b/>
              </w:rPr>
              <w:t>Odgovor</w:t>
            </w:r>
          </w:p>
        </w:tc>
      </w:tr>
      <w:tr>
        <w:tc>
          <w:tcPr>
            <w:tcW w:type="dxa" w:w="3312"/>
          </w:tcPr>
          <w:p>
            <w:r>
              <w:t>nepravda</w:t>
            </w:r>
          </w:p>
        </w:tc>
        <w:tc>
          <w:tcPr>
            <w:tcW w:type="dxa" w:w="3312"/>
          </w:tcPr>
          <w:p>
            <w:r>
              <w:t>ne-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ribica</w:t>
            </w:r>
          </w:p>
        </w:tc>
        <w:tc>
          <w:tcPr>
            <w:tcW w:type="dxa" w:w="3312"/>
          </w:tcPr>
          <w:p>
            <w:r>
              <w:t>-ica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dopisati</w:t>
            </w:r>
          </w:p>
        </w:tc>
        <w:tc>
          <w:tcPr>
            <w:tcW w:type="dxa" w:w="3312"/>
          </w:tcPr>
          <w:p>
            <w:r>
              <w:t>do-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mladost</w:t>
            </w:r>
          </w:p>
        </w:tc>
        <w:tc>
          <w:tcPr>
            <w:tcW w:type="dxa" w:w="3312"/>
          </w:tcPr>
          <w:p>
            <w:r>
              <w:t>-ost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preleteti</w:t>
            </w:r>
          </w:p>
        </w:tc>
        <w:tc>
          <w:tcPr>
            <w:tcW w:type="dxa" w:w="3312"/>
          </w:tcPr>
          <w:p>
            <w:r>
              <w:t>pre-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  <w:tr>
        <w:tc>
          <w:tcPr>
            <w:tcW w:type="dxa" w:w="3312"/>
          </w:tcPr>
          <w:p>
            <w:r>
              <w:t>šumar</w:t>
            </w:r>
          </w:p>
        </w:tc>
        <w:tc>
          <w:tcPr>
            <w:tcW w:type="dxa" w:w="3312"/>
          </w:tcPr>
          <w:p>
            <w:r>
              <w:t>-ar</w:t>
            </w:r>
          </w:p>
        </w:tc>
        <w:tc>
          <w:tcPr>
            <w:tcW w:type="dxa" w:w="3312"/>
          </w:tcPr>
          <w:p>
            <w:r>
              <w:t>________________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E455C"/>
          <w:sz w:val="23"/>
        </w:rPr>
        <w:t>7. Prepoznaj način građenja</w:t>
      </w:r>
    </w:p>
    <w:p>
      <w:r>
        <w:t>Napiši: prosta reč, izvedenica, prefiksalna tvorenica ili složenica.</w:t>
      </w:r>
    </w:p>
    <w:p>
      <w:r>
        <w:t>kamen — ___________________________________</w:t>
      </w:r>
    </w:p>
    <w:p>
      <w:r>
        <w:t>kamenčić — ___________________________________</w:t>
      </w:r>
    </w:p>
    <w:p>
      <w:r>
        <w:t>prepisati — ___________________________________</w:t>
      </w:r>
    </w:p>
    <w:p>
      <w:r>
        <w:t>vodopad — ___________________________________</w:t>
      </w:r>
    </w:p>
    <w:p>
      <w:r>
        <w:t>ribar — ___________________________________</w:t>
      </w:r>
    </w:p>
    <w:p>
      <w:r>
        <w:t>suncokret — ___________________________________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8. Ista porodica reči</w:t>
      </w:r>
    </w:p>
    <w:p>
      <w:r>
        <w:t>Precrtaj reč koja ne pripada istoj porodici reči.</w:t>
      </w:r>
    </w:p>
    <w:p>
      <w:r>
        <w:t>a) voda, vodeni, vodica, vođa, vodopad</w:t>
      </w:r>
    </w:p>
    <w:p>
      <w:r>
        <w:t>b) pisati, pisac, prepisati, pismo, pesma</w:t>
      </w:r>
    </w:p>
    <w:p>
      <w:r>
        <w:t>v) šuma, šumar, šumski, šumeti, šumarak</w:t>
      </w:r>
    </w:p>
    <w:p>
      <w:r>
        <w:t>g) zub, zubar, zubić, zubni, zubor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9. Dopuni rečenice</w:t>
      </w:r>
    </w:p>
    <w:p>
      <w:r>
        <w:t>a) Reči koje nisu nastale od drugih reči nazivaju se ____________________.</w:t>
      </w:r>
    </w:p>
    <w:p>
      <w:r>
        <w:t>b) Reči nastale od drugih reči nazivaju se ____________________.</w:t>
      </w:r>
    </w:p>
    <w:p>
      <w:r>
        <w:t>v) Deo koji se dodaje ispred tvorbene osnove je ____________________.</w:t>
      </w:r>
    </w:p>
    <w:p>
      <w:r>
        <w:t>g) Deo koji se dodaje iza tvorbene osnove je ____________________.</w:t>
      </w:r>
    </w:p>
    <w:p>
      <w:r>
        <w:t>d) Reči nastale dodavanjem sufiksa nazivaju se ____________________.</w:t>
      </w:r>
    </w:p>
    <w:p>
      <w:pPr>
        <w:keepNext/>
        <w:spacing w:before="120" w:after="60"/>
      </w:pPr>
      <w:r>
        <w:rPr>
          <w:b/>
          <w:color w:val="1E455C"/>
          <w:sz w:val="23"/>
        </w:rPr>
        <w:t>10. Mali jezički izazov</w:t>
      </w:r>
    </w:p>
    <w:p>
      <w:r>
        <w:t>Posmatraj reči: pisati, pisac, prepisati, prepisivač, zapis, zapisati.</w:t>
      </w:r>
    </w:p>
    <w:p>
      <w:r>
        <w:t>a) Koja je polazna reč ove porodice? ____________________</w:t>
      </w:r>
    </w:p>
    <w:p>
      <w:r>
        <w:t>b) Napiši dve reči koje sadrže prefiks. ____________________</w:t>
      </w:r>
    </w:p>
    <w:p>
      <w:r>
        <w:t>v) Napiši jednu reč nastalu dodavanjem sufiksa. ____________________</w:t>
      </w:r>
    </w:p>
    <w:p>
      <w:r>
        <w:t>g) Koja reč ima i prefiks i sufiks? ____________________</w:t>
      </w:r>
    </w:p>
    <w:p>
      <w:r>
        <w:t>d) Objasni kako je nastala reč prepisivač: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979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