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66473"/>
          <w:sz w:val="20"/>
        </w:rPr>
        <w:t>SRPSKI JEZIK  •  6. RAZRED</w:t>
      </w:r>
    </w:p>
    <w:p>
      <w:pPr>
        <w:jc w:val="center"/>
      </w:pPr>
      <w:r>
        <w:rPr>
          <w:b/>
          <w:sz w:val="32"/>
        </w:rPr>
        <w:t>GRAĐENJE REČI — TEST 2</w:t>
      </w:r>
    </w:p>
    <w:p>
      <w:pPr>
        <w:spacing w:after="260"/>
      </w:pPr>
      <w:r>
        <w:t>Ime i prezime: ____________________________________     Datum: 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1. Prepoznaj tvorenice</w:t>
      </w:r>
    </w:p>
    <w:p>
      <w:r>
        <w:t>Zaokruži samo tvorenice: list, listić, ruka, ručica, leteti, poleteti, dan, dnevni, sat, sveska.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2. Dopuni tabelu</w:t>
      </w:r>
    </w:p>
    <w:p>
      <w:r>
        <w:t>Odredi kako je nastala svaka navedena reč.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Reč</w:t>
            </w:r>
          </w:p>
        </w:tc>
        <w:tc>
          <w:tcPr>
            <w:tcW w:type="dxa" w:w="3312"/>
          </w:tcPr>
          <w:p>
            <w:r>
              <w:rPr>
                <w:b/>
              </w:rPr>
              <w:t>Polazna reč</w:t>
            </w:r>
          </w:p>
        </w:tc>
        <w:tc>
          <w:tcPr>
            <w:tcW w:type="dxa" w:w="3312"/>
          </w:tcPr>
          <w:p>
            <w:r>
              <w:rPr>
                <w:b/>
              </w:rPr>
              <w:t>Prefiks ili sufiks</w:t>
            </w:r>
          </w:p>
        </w:tc>
      </w:tr>
      <w:tr>
        <w:tc>
          <w:tcPr>
            <w:tcW w:type="dxa" w:w="3312"/>
          </w:tcPr>
          <w:p>
            <w:r>
              <w:t>odleteti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brdovit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prijateljstvo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napisati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devojčica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E455C"/>
          <w:sz w:val="23"/>
        </w:rPr>
        <w:t>3. Izbaci uljeza</w:t>
      </w:r>
    </w:p>
    <w:p>
      <w:r>
        <w:t>Zaokruži uljeza i napiši po kom kriterijumu se razlikuje.</w:t>
      </w:r>
    </w:p>
    <w:p>
      <w:r>
        <w:t>a) igrač, pevač, skakač, skočiti    Objašnjenje: ______________________________</w:t>
      </w:r>
    </w:p>
    <w:p>
      <w:r>
        <w:t>b) doleteti, odleteti, poleteti, letač    Objašnjenje: ______________________________</w:t>
      </w:r>
    </w:p>
    <w:p>
      <w:r>
        <w:t>v) kućni, snežni, vetrovit, sneg    Objašnjenje: ______________________________</w:t>
      </w:r>
    </w:p>
    <w:p>
      <w:r>
        <w:t>g) stočić, prstić, nožić, podići    Objašnjenje: ______________________________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4. Dodaj prefiks</w:t>
      </w:r>
    </w:p>
    <w:p>
      <w:r>
        <w:t>Dodaj odgovarajući prefiks da dobiješ reč traženog značenja.</w:t>
      </w:r>
    </w:p>
    <w:p>
      <w:r>
        <w:t>a) leteti → ____________ (početi da letiš)</w:t>
      </w:r>
    </w:p>
    <w:p>
      <w:r>
        <w:t>b) pisati → ____________ (prepisati nečiji tekst)</w:t>
      </w:r>
    </w:p>
    <w:p>
      <w:r>
        <w:t>v) seći → ____________ (iseći na delove)</w:t>
      </w:r>
    </w:p>
    <w:p>
      <w:r>
        <w:t>g) vezati → ____________ (ukloniti vezu)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5. Dodaj sufiks</w:t>
      </w:r>
    </w:p>
    <w:p>
      <w:r>
        <w:t>Izvedi jednu reč traženog značenja od ponuđene osnove.</w:t>
      </w:r>
    </w:p>
    <w:p>
      <w:r>
        <w:t>a) mali cvet: cvet → ____________________</w:t>
      </w:r>
    </w:p>
    <w:p>
      <w:r>
        <w:t>b) osoba koja zida: zid → ____________________</w:t>
      </w:r>
    </w:p>
    <w:p>
      <w:r>
        <w:t>v) osobina onoga ko je hrabar: hrabar → ____________________</w:t>
      </w:r>
    </w:p>
    <w:p>
      <w:r>
        <w:t>g) nešto što pripada školi: škola → 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6. Rastavi reč</w:t>
      </w:r>
    </w:p>
    <w:p>
      <w:r>
        <w:t>U navedenim rečima označi prefiks, tvorbenu osnovu i/ili sufiks, tamo gde postoje.</w:t>
      </w:r>
    </w:p>
    <w:p>
      <w:r>
        <w:t>a) nadzemni → ___________________________________________________</w:t>
      </w:r>
    </w:p>
    <w:p>
      <w:r>
        <w:t>b) planinar → ___________________________________________________</w:t>
      </w:r>
    </w:p>
    <w:p>
      <w:r>
        <w:t>v) potpisati → ___________________________________________________</w:t>
      </w:r>
    </w:p>
    <w:p>
      <w:r>
        <w:t>g) šumarak → ___________________________________________________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7. Tačno ili netačno?</w:t>
      </w:r>
    </w:p>
    <w:p>
      <w:r>
        <w:t>a) Svaka reč koja ima više slogova jeste tvorenica.     T / N</w:t>
      </w:r>
    </w:p>
    <w:p>
      <w:r>
        <w:t>b) Prefiks se nalazi ispred tvorbene osnove.     T / N</w:t>
      </w:r>
    </w:p>
    <w:p>
      <w:r>
        <w:t>v) Reč „ribica” nastala je dodavanjem sufiksa.     T / N</w:t>
      </w:r>
    </w:p>
    <w:p>
      <w:r>
        <w:t>g) Reči „šuma” i „šumar” pripadaju istoj porodici reči.     T / N</w:t>
      </w:r>
    </w:p>
    <w:p>
      <w:r>
        <w:t>d) „Vodopad” je prosta reč.     T / N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8. Poveži reč i način građenja</w:t>
      </w:r>
    </w:p>
    <w:p>
      <w:r>
        <w:t>Pored svake reči upiši: P (prosta), I (izvedenica), PR (prefiksalna tvorenica), S (složenica).</w:t>
      </w:r>
    </w:p>
    <w:p>
      <w:r>
        <w:t>___ voz     ___ vozač     ___ dovoziti     ___ parobrod     ___ kiša     ___ kišobran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9. Porodica reči</w:t>
      </w:r>
    </w:p>
    <w:p>
      <w:r>
        <w:t>Od reči „rad” napiši tri tvorenice: jednu sa prefiksom, jednu sa sufiksom i još jednu po izboru.</w:t>
      </w:r>
    </w:p>
    <w:p>
      <w:r>
        <w:t>Sa prefiksom: ____________________    Sa sufiksom: ____________________</w:t>
      </w:r>
    </w:p>
    <w:p>
      <w:r>
        <w:t>Po izboru: 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10. Jezički detektiv</w:t>
      </w:r>
    </w:p>
    <w:p>
      <w:r>
        <w:t>Pročitaj rečenicu: „Mali ribar je doplovio do obale, a njegova sestrica je skupljala kamenčiće.”</w:t>
      </w:r>
    </w:p>
    <w:p>
      <w:r>
        <w:t>a) Izdvoj dve izvedenice: _________________________________________________</w:t>
      </w:r>
    </w:p>
    <w:p>
      <w:r>
        <w:t>b) Izdvoj jednu reč sa prefiksom: __________________________________________</w:t>
      </w:r>
    </w:p>
    <w:p>
      <w:r>
        <w:t>v) Od koje proste reči je izvedena reč „kamenčiće”? ____________________________</w:t>
      </w:r>
    </w:p>
    <w:p>
      <w:r>
        <w:t>g) Napiši još jednu reč iz iste porodice kao „ribar”: ____________________________</w:t>
      </w:r>
    </w:p>
    <w:sectPr w:rsidR="00FC693F" w:rsidRPr="0006063C" w:rsidSect="00034616">
      <w:pgSz w:w="12240" w:h="15840"/>
      <w:pgMar w:top="979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