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0AE54E" w14:textId="77777777" w:rsidR="00CB5B67" w:rsidRDefault="00000000">
      <w:pPr>
        <w:jc w:val="center"/>
      </w:pPr>
      <w:r>
        <w:rPr>
          <w:b/>
          <w:sz w:val="30"/>
        </w:rPr>
        <w:t>TEST – APSOLUTNA VREDNOST CELIH BROJEVA</w:t>
      </w:r>
    </w:p>
    <w:p w14:paraId="7FDCA168" w14:textId="77777777" w:rsidR="00B43865" w:rsidRDefault="00B43865">
      <w:pPr>
        <w:spacing w:after="100"/>
        <w:rPr>
          <w:i/>
          <w:sz w:val="21"/>
        </w:rPr>
      </w:pPr>
    </w:p>
    <w:p w14:paraId="460CD407" w14:textId="61C28E5E" w:rsidR="00CB5B67" w:rsidRDefault="00000000">
      <w:pPr>
        <w:spacing w:after="100"/>
      </w:pPr>
      <w:r>
        <w:t>Izračunaj tražene vrednosti. Pažljivo razlikuj zbir/razliku apsolutnih vrednosti od apsolutne vrednosti zbira/razlike.</w:t>
      </w:r>
    </w:p>
    <w:p w14:paraId="752EE4E9" w14:textId="77777777" w:rsidR="00CB5B67" w:rsidRDefault="00000000">
      <w:pPr>
        <w:spacing w:before="80" w:after="40"/>
      </w:pPr>
      <w:r>
        <w:rPr>
          <w:b/>
        </w:rPr>
        <w:t xml:space="preserve">1.  </w:t>
      </w:r>
      <w:r>
        <w:t>Od zbira apsolutnih vrednosti brojeva −18 i 7 oduzmi apsolutnu vrednost njihove razlike.</w:t>
      </w:r>
    </w:p>
    <w:p w14:paraId="2310ACB7" w14:textId="77777777" w:rsidR="00CB5B67" w:rsidRDefault="00000000">
      <w:pPr>
        <w:spacing w:after="0" w:line="240" w:lineRule="auto"/>
      </w:pPr>
      <w:r>
        <w:t>____________________________________________________________________________________</w:t>
      </w:r>
    </w:p>
    <w:p w14:paraId="51BEBBE0" w14:textId="77777777" w:rsidR="00CB5B67" w:rsidRDefault="00000000">
      <w:pPr>
        <w:spacing w:after="0" w:line="240" w:lineRule="auto"/>
      </w:pPr>
      <w:r>
        <w:t>____________________________________________________________________________________</w:t>
      </w:r>
    </w:p>
    <w:p w14:paraId="1D3A6096" w14:textId="77777777" w:rsidR="00CB5B67" w:rsidRDefault="00000000">
      <w:pPr>
        <w:spacing w:before="80" w:after="40"/>
      </w:pPr>
      <w:r>
        <w:rPr>
          <w:b/>
        </w:rPr>
        <w:t xml:space="preserve">2.  </w:t>
      </w:r>
      <w:r>
        <w:t>Apsolutnoj vrednosti zbira brojeva −24 i 15 dodaj razliku njihovih apsolutnih vrednosti (od veće oduzmi manju).</w:t>
      </w:r>
    </w:p>
    <w:p w14:paraId="639816A8" w14:textId="77777777" w:rsidR="00CB5B67" w:rsidRDefault="00000000">
      <w:pPr>
        <w:spacing w:after="0" w:line="240" w:lineRule="auto"/>
      </w:pPr>
      <w:r>
        <w:t>____________________________________________________________________________________</w:t>
      </w:r>
    </w:p>
    <w:p w14:paraId="5CAA25C3" w14:textId="77777777" w:rsidR="00CB5B67" w:rsidRDefault="00000000">
      <w:pPr>
        <w:spacing w:after="0" w:line="240" w:lineRule="auto"/>
      </w:pPr>
      <w:r>
        <w:t>____________________________________________________________________________________</w:t>
      </w:r>
    </w:p>
    <w:p w14:paraId="067797EA" w14:textId="77777777" w:rsidR="00CB5B67" w:rsidRDefault="00000000">
      <w:pPr>
        <w:spacing w:before="80" w:after="40"/>
      </w:pPr>
      <w:r>
        <w:rPr>
          <w:b/>
        </w:rPr>
        <w:t xml:space="preserve">3.  </w:t>
      </w:r>
      <w:r>
        <w:t>Izračunaj zbir apsolutne vrednosti razlike brojeva −13 i 9 i apsolutne vrednosti njihovog zbira.</w:t>
      </w:r>
    </w:p>
    <w:p w14:paraId="350B98F7" w14:textId="77777777" w:rsidR="00CB5B67" w:rsidRDefault="00000000">
      <w:pPr>
        <w:spacing w:after="0" w:line="240" w:lineRule="auto"/>
      </w:pPr>
      <w:r>
        <w:t>____________________________________________________________________________________</w:t>
      </w:r>
    </w:p>
    <w:p w14:paraId="18F814F9" w14:textId="77777777" w:rsidR="00CB5B67" w:rsidRDefault="00000000">
      <w:pPr>
        <w:spacing w:after="0" w:line="240" w:lineRule="auto"/>
      </w:pPr>
      <w:r>
        <w:t>____________________________________________________________________________________</w:t>
      </w:r>
    </w:p>
    <w:p w14:paraId="004954C0" w14:textId="77777777" w:rsidR="00CB5B67" w:rsidRDefault="00000000">
      <w:pPr>
        <w:spacing w:before="80" w:after="40"/>
      </w:pPr>
      <w:r>
        <w:rPr>
          <w:b/>
        </w:rPr>
        <w:t xml:space="preserve">4.  </w:t>
      </w:r>
      <w:r>
        <w:t>Od apsolutne vrednosti razlike brojeva 16 i −11 oduzmi apsolutnu vrednost njihovog zbira, a zatim dobijenom rezultatu dodaj |−8|.</w:t>
      </w:r>
    </w:p>
    <w:p w14:paraId="1844F762" w14:textId="77777777" w:rsidR="00CB5B67" w:rsidRDefault="00000000">
      <w:pPr>
        <w:spacing w:after="0" w:line="240" w:lineRule="auto"/>
      </w:pPr>
      <w:r>
        <w:t>____________________________________________________________________________________</w:t>
      </w:r>
    </w:p>
    <w:p w14:paraId="28D335D5" w14:textId="77777777" w:rsidR="00CB5B67" w:rsidRDefault="00000000">
      <w:pPr>
        <w:spacing w:after="0" w:line="240" w:lineRule="auto"/>
      </w:pPr>
      <w:r>
        <w:t>____________________________________________________________________________________</w:t>
      </w:r>
    </w:p>
    <w:p w14:paraId="49C4FC4F" w14:textId="77777777" w:rsidR="00CB5B67" w:rsidRDefault="00000000">
      <w:pPr>
        <w:spacing w:before="80" w:after="40"/>
      </w:pPr>
      <w:r>
        <w:rPr>
          <w:b/>
        </w:rPr>
        <w:t xml:space="preserve">5.  </w:t>
      </w:r>
      <w:r>
        <w:t>Izračunaj vrednost izraza:  (|−21| + |14|) − |−21 + 14| + |−21 − 14|.</w:t>
      </w:r>
    </w:p>
    <w:p w14:paraId="25103D24" w14:textId="77777777" w:rsidR="00CB5B67" w:rsidRDefault="00000000">
      <w:pPr>
        <w:spacing w:after="0" w:line="240" w:lineRule="auto"/>
      </w:pPr>
      <w:r>
        <w:t>____________________________________________________________________________________</w:t>
      </w:r>
    </w:p>
    <w:p w14:paraId="7B064AC4" w14:textId="77777777" w:rsidR="00CB5B67" w:rsidRDefault="00000000">
      <w:pPr>
        <w:spacing w:after="0" w:line="240" w:lineRule="auto"/>
      </w:pPr>
      <w:r>
        <w:t>____________________________________________________________________________________</w:t>
      </w:r>
    </w:p>
    <w:sectPr w:rsidR="00CB5B67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3821005">
    <w:abstractNumId w:val="8"/>
  </w:num>
  <w:num w:numId="2" w16cid:durableId="1547378480">
    <w:abstractNumId w:val="6"/>
  </w:num>
  <w:num w:numId="3" w16cid:durableId="1135290560">
    <w:abstractNumId w:val="5"/>
  </w:num>
  <w:num w:numId="4" w16cid:durableId="1160386648">
    <w:abstractNumId w:val="4"/>
  </w:num>
  <w:num w:numId="5" w16cid:durableId="151727299">
    <w:abstractNumId w:val="7"/>
  </w:num>
  <w:num w:numId="6" w16cid:durableId="1728186727">
    <w:abstractNumId w:val="3"/>
  </w:num>
  <w:num w:numId="7" w16cid:durableId="1558586842">
    <w:abstractNumId w:val="2"/>
  </w:num>
  <w:num w:numId="8" w16cid:durableId="834031281">
    <w:abstractNumId w:val="1"/>
  </w:num>
  <w:num w:numId="9" w16cid:durableId="4797383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7F7F"/>
    <w:rsid w:val="0029639D"/>
    <w:rsid w:val="00326F90"/>
    <w:rsid w:val="00AA1D8D"/>
    <w:rsid w:val="00B43865"/>
    <w:rsid w:val="00B47730"/>
    <w:rsid w:val="00CB0664"/>
    <w:rsid w:val="00CB5B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1DD9E7"/>
  <w14:defaultImageDpi w14:val="300"/>
  <w15:docId w15:val="{2F9D4816-3C25-2547-8D3F-3F63521A1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1418</Characters>
  <Application>Microsoft Office Word</Application>
  <DocSecurity>0</DocSecurity>
  <Lines>30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Aleksandar Cvjetic</cp:lastModifiedBy>
  <cp:revision>2</cp:revision>
  <cp:lastPrinted>2026-10-05T08:16:00Z</cp:lastPrinted>
  <dcterms:created xsi:type="dcterms:W3CDTF">2013-12-23T23:15:00Z</dcterms:created>
  <dcterms:modified xsi:type="dcterms:W3CDTF">2026-10-05T08:17:00Z</dcterms:modified>
  <cp:category/>
</cp:coreProperties>
</file>