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TEST – APSOLUTNA VREDNOST CELIH BROJEVA</w:t>
      </w:r>
    </w:p>
    <w:p>
      <w:pPr>
        <w:jc w:val="center"/>
      </w:pPr>
      <w:r>
        <w:rPr>
          <w:i/>
          <w:sz w:val="22"/>
        </w:rPr>
        <w:t>Složeniji zadaci – novi set</w:t>
      </w:r>
    </w:p>
    <w:p>
      <w:r>
        <w:t>Izračunaj tražene vrednosti. Obrati pažnju na redosled računskih operacija i na razliku između apsolutne vrednosti zbira/razlike i zbira/razlike apsolutnih vrednosti.</w:t>
      </w:r>
    </w:p>
    <w:p>
      <w:pPr>
        <w:spacing w:before="180" w:after="100"/>
      </w:pPr>
      <w:r>
        <w:rPr>
          <w:b w:val="0"/>
        </w:rPr>
        <w:t>1.  Apsolutnoj vrednosti zbira brojeva −19 i 12 dodaj razliku njihovih apsolutnih vrednosti (od veće oduzmi manju).</w:t>
      </w:r>
    </w:p>
    <w:p>
      <w:pPr>
        <w:spacing w:after="40"/>
      </w:pPr>
      <w:r>
        <w:t>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</w:t>
      </w:r>
    </w:p>
    <w:p>
      <w:pPr>
        <w:spacing w:before="180" w:after="100"/>
      </w:pPr>
      <w:r>
        <w:rPr>
          <w:b w:val="0"/>
        </w:rPr>
        <w:t>2.  Izračunaj zbir apsolutne vrednosti razlike brojeva −15 i 8 i apsolutne vrednosti njihovog zbira.</w:t>
      </w:r>
    </w:p>
    <w:p>
      <w:pPr>
        <w:spacing w:after="40"/>
      </w:pPr>
      <w:r>
        <w:t>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</w:t>
      </w:r>
    </w:p>
    <w:p>
      <w:pPr>
        <w:spacing w:before="180" w:after="100"/>
      </w:pPr>
      <w:r>
        <w:rPr>
          <w:b/>
        </w:rPr>
        <w:t>3.  Od apsolutne vrednosti razlike brojeva 18 i −7 oduzmi apsolutnu vrednost njihovog zbira, a zatim dobijenom rezultatu dodaj |−6|.</w:t>
      </w:r>
    </w:p>
    <w:p>
      <w:pPr>
        <w:spacing w:after="40"/>
      </w:pPr>
      <w:r>
        <w:t>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</w:t>
      </w:r>
    </w:p>
    <w:p>
      <w:pPr>
        <w:spacing w:before="180" w:after="100"/>
      </w:pPr>
      <w:r>
        <w:rPr>
          <w:b w:val="0"/>
        </w:rPr>
        <w:t>4.  Apsolutnoj vrednosti razlike brojeva −22 i 9 dodaj apsolutnu vrednost njihovog zbira, pa od dobijenog rezultata oduzmi |−10|.</w:t>
      </w:r>
    </w:p>
    <w:p>
      <w:pPr>
        <w:spacing w:after="40"/>
      </w:pPr>
      <w:r>
        <w:t>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</w:t>
      </w:r>
    </w:p>
    <w:p>
      <w:pPr>
        <w:spacing w:before="180" w:after="100"/>
      </w:pPr>
      <w:r>
        <w:rPr>
          <w:b/>
        </w:rPr>
        <w:t>5.  Od zbira apsolutne vrednosti zbira brojeva −17 i 11 i apsolutne vrednosti njihove razlike oduzmi razliku njihovih apsolutnih vrednosti (od veće oduzmi manju).</w:t>
      </w:r>
    </w:p>
    <w:p>
      <w:pPr>
        <w:spacing w:after="40"/>
      </w:pPr>
      <w:r>
        <w:t>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