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CELI BROJEVI - TEST 2</w:t>
      </w:r>
    </w:p>
    <w:p>
      <w:pPr>
        <w:jc w:val="center"/>
      </w:pPr>
      <w:r>
        <w:rPr>
          <w:i/>
          <w:sz w:val="21"/>
        </w:rPr>
        <w:t>Zadaci po modelu 6, 7. i 8. zadatka</w:t>
      </w:r>
    </w:p>
    <w:p>
      <w:r>
        <w:rPr>
          <w:sz w:val="22"/>
        </w:rPr>
        <w:t>Ime i prezime: ________________________________    Datum: ______________</w:t>
      </w:r>
    </w:p>
    <w:p>
      <w:pPr>
        <w:spacing w:before="160" w:after="100"/>
      </w:pPr>
      <w:r>
        <w:rPr>
          <w:b/>
          <w:sz w:val="25"/>
        </w:rPr>
        <w:t>1. Izračunaj brojnu vrednost izraza:</w:t>
      </w:r>
    </w:p>
    <w:p>
      <w:pPr>
        <w:spacing w:after="60"/>
        <w:ind w:left="170"/>
      </w:pPr>
      <w:r>
        <w:rPr>
          <w:sz w:val="24"/>
        </w:rPr>
        <w:t>a)   -13 - (17 - (-8 + 5)) =</w:t>
      </w:r>
    </w:p>
    <w:p>
      <w:pPr>
        <w:spacing w:after="20"/>
      </w:pPr>
      <w:r>
        <w:rPr>
          <w:sz w:val="18"/>
        </w:rPr>
        <w:t xml:space="preserve">      ______________________________________________________________</w:t>
      </w:r>
    </w:p>
    <w:p>
      <w:pPr>
        <w:spacing w:after="60"/>
        <w:ind w:left="170"/>
      </w:pPr>
      <w:r>
        <w:rPr>
          <w:sz w:val="24"/>
        </w:rPr>
        <w:t>b)   21 + (-16 + (9 - 14) - 7) =</w:t>
      </w:r>
    </w:p>
    <w:p>
      <w:pPr>
        <w:spacing w:after="20"/>
      </w:pPr>
      <w:r>
        <w:rPr>
          <w:sz w:val="18"/>
        </w:rPr>
        <w:t xml:space="preserve">      ______________________________________________________________</w:t>
      </w:r>
    </w:p>
    <w:p>
      <w:pPr>
        <w:spacing w:after="60"/>
        <w:ind w:left="170"/>
      </w:pPr>
      <w:r>
        <w:rPr>
          <w:sz w:val="24"/>
        </w:rPr>
        <w:t>v)   6 - (19 - (11 - (-4))) =</w:t>
      </w:r>
    </w:p>
    <w:p>
      <w:pPr>
        <w:spacing w:after="20"/>
      </w:pPr>
      <w:r>
        <w:rPr>
          <w:sz w:val="18"/>
        </w:rPr>
        <w:t xml:space="preserve">      ______________________________________________________________</w:t>
      </w:r>
    </w:p>
    <w:p>
      <w:pPr>
        <w:spacing w:after="60"/>
        <w:ind w:left="170"/>
      </w:pPr>
      <w:r>
        <w:rPr>
          <w:sz w:val="24"/>
        </w:rPr>
        <w:t>g)   (-7 + 12) - (5 - (9 - 15) + 3) - 4 =</w:t>
      </w:r>
    </w:p>
    <w:p>
      <w:pPr>
        <w:spacing w:after="20"/>
      </w:pPr>
      <w:r>
        <w:rPr>
          <w:sz w:val="18"/>
        </w:rPr>
        <w:t xml:space="preserve">      ______________________________________________________________</w:t>
      </w:r>
    </w:p>
    <w:p>
      <w:pPr>
        <w:spacing w:after="60"/>
        <w:ind w:left="170"/>
      </w:pPr>
      <w:r>
        <w:rPr>
          <w:sz w:val="24"/>
        </w:rPr>
        <w:t>d)   24 - ((-18 + 9) - (-13 + 7)) =</w:t>
      </w:r>
    </w:p>
    <w:p>
      <w:pPr>
        <w:spacing w:after="20"/>
      </w:pPr>
      <w:r>
        <w:rPr>
          <w:sz w:val="18"/>
        </w:rPr>
        <w:t xml:space="preserve">      ______________________________________________________________</w:t>
      </w:r>
    </w:p>
    <w:p>
      <w:pPr>
        <w:spacing w:after="60"/>
        <w:ind w:left="170"/>
      </w:pPr>
      <w:r>
        <w:rPr>
          <w:sz w:val="24"/>
        </w:rPr>
        <w:t>đ)   -27 - (16 - (-9 + 3)) + 5 =</w:t>
      </w:r>
    </w:p>
    <w:p>
      <w:pPr>
        <w:spacing w:after="20"/>
      </w:pPr>
      <w:r>
        <w:rPr>
          <w:sz w:val="18"/>
        </w:rPr>
        <w:t xml:space="preserve">      ______________________________________________________________</w:t>
      </w:r>
    </w:p>
    <w:p>
      <w:pPr>
        <w:spacing w:before="160" w:after="100"/>
      </w:pPr>
      <w:r>
        <w:rPr>
          <w:b/>
          <w:sz w:val="25"/>
        </w:rPr>
        <w:t>2. Izračunaj brojnu vrednost izraza:</w:t>
      </w:r>
    </w:p>
    <w:p>
      <w:pPr>
        <w:spacing w:after="60"/>
        <w:ind w:left="170"/>
      </w:pPr>
      <w:r>
        <w:rPr>
          <w:sz w:val="24"/>
        </w:rPr>
        <w:t>a)   -9 + (-27) =</w:t>
      </w:r>
    </w:p>
    <w:p>
      <w:pPr>
        <w:spacing w:after="60"/>
        <w:ind w:left="170"/>
      </w:pPr>
      <w:r>
        <w:rPr>
          <w:sz w:val="24"/>
        </w:rPr>
        <w:t>b)   -9 + |-27| =</w:t>
      </w:r>
    </w:p>
    <w:p>
      <w:pPr>
        <w:spacing w:after="60"/>
        <w:ind w:left="170"/>
      </w:pPr>
      <w:r>
        <w:rPr>
          <w:sz w:val="24"/>
        </w:rPr>
        <w:t>v)   9 - (-27) =</w:t>
      </w:r>
    </w:p>
    <w:p>
      <w:pPr>
        <w:spacing w:after="60"/>
        <w:ind w:left="170"/>
      </w:pPr>
      <w:r>
        <w:rPr>
          <w:sz w:val="24"/>
        </w:rPr>
        <w:t>g)   9 - |-27| =</w:t>
      </w:r>
    </w:p>
    <w:p>
      <w:pPr>
        <w:spacing w:after="60"/>
        <w:ind w:left="170"/>
      </w:pPr>
      <w:r>
        <w:rPr>
          <w:sz w:val="24"/>
        </w:rPr>
        <w:t>d)   (-9) + 27 =</w:t>
      </w:r>
    </w:p>
    <w:p>
      <w:pPr>
        <w:spacing w:after="60"/>
        <w:ind w:left="170"/>
      </w:pPr>
      <w:r>
        <w:rPr>
          <w:sz w:val="24"/>
        </w:rPr>
        <w:t>đ)   |-9| + 27 =</w:t>
      </w:r>
    </w:p>
    <w:p>
      <w:pPr>
        <w:spacing w:after="60"/>
        <w:ind w:left="170"/>
      </w:pPr>
      <w:r>
        <w:rPr>
          <w:sz w:val="24"/>
        </w:rPr>
        <w:t>e)   (-9) - (-27) =</w:t>
      </w:r>
    </w:p>
    <w:p>
      <w:pPr>
        <w:spacing w:after="60"/>
        <w:ind w:left="170"/>
      </w:pPr>
      <w:r>
        <w:rPr>
          <w:sz w:val="24"/>
        </w:rPr>
        <w:t>ž)   |-9| - |-27| =</w:t>
      </w:r>
    </w:p>
    <w:p>
      <w:pPr>
        <w:spacing w:after="60"/>
        <w:ind w:left="170"/>
      </w:pPr>
      <w:r>
        <w:rPr>
          <w:sz w:val="24"/>
        </w:rPr>
        <w:t>z)   |-9 + 27| =</w:t>
      </w:r>
    </w:p>
    <w:p>
      <w:pPr>
        <w:spacing w:after="60"/>
        <w:ind w:left="170"/>
      </w:pPr>
      <w:r>
        <w:rPr>
          <w:sz w:val="24"/>
        </w:rPr>
        <w:t>i)   |-9 - 27| =</w:t>
      </w:r>
    </w:p>
    <w:p>
      <w:pPr>
        <w:spacing w:before="160" w:after="100"/>
      </w:pPr>
      <w:r>
        <w:rPr>
          <w:b/>
          <w:sz w:val="25"/>
        </w:rPr>
        <w:t>3. Izračunaj brojnu vrednost izraza:</w:t>
      </w:r>
    </w:p>
    <w:p>
      <w:pPr>
        <w:spacing w:after="60"/>
        <w:ind w:left="170"/>
      </w:pPr>
      <w:r>
        <w:rPr>
          <w:sz w:val="24"/>
        </w:rPr>
        <w:t>a)   -32 + 14 - 51 =</w:t>
      </w:r>
    </w:p>
    <w:p>
      <w:pPr>
        <w:spacing w:after="60"/>
        <w:ind w:left="170"/>
      </w:pPr>
      <w:r>
        <w:rPr>
          <w:sz w:val="24"/>
        </w:rPr>
        <w:t>b)   |-32 + 14| - 51 =</w:t>
      </w:r>
    </w:p>
    <w:p>
      <w:pPr>
        <w:spacing w:after="60"/>
        <w:ind w:left="170"/>
      </w:pPr>
      <w:r>
        <w:rPr>
          <w:sz w:val="24"/>
        </w:rPr>
        <w:t>v)   -32 + |14 - 51| =</w:t>
      </w:r>
    </w:p>
    <w:p>
      <w:pPr>
        <w:spacing w:after="60"/>
        <w:ind w:left="170"/>
      </w:pPr>
      <w:r>
        <w:rPr>
          <w:sz w:val="24"/>
        </w:rPr>
        <w:t>g)   |26 - 41| - 19 =</w:t>
      </w:r>
    </w:p>
    <w:p>
      <w:pPr>
        <w:spacing w:after="60"/>
        <w:ind w:left="170"/>
      </w:pPr>
      <w:r>
        <w:rPr>
          <w:sz w:val="24"/>
        </w:rPr>
        <w:t>d)   26 - |41 - 19| =</w:t>
      </w:r>
    </w:p>
    <w:p>
      <w:pPr>
        <w:spacing w:after="60"/>
        <w:ind w:left="170"/>
      </w:pPr>
      <w:r>
        <w:rPr>
          <w:sz w:val="24"/>
        </w:rPr>
        <w:t>đ)   |26 - 41 - 19| =</w:t>
      </w:r>
    </w:p>
    <w:p>
      <w:pPr>
        <w:spacing w:after="60"/>
        <w:ind w:left="170"/>
      </w:pPr>
      <w:r>
        <w:rPr>
          <w:sz w:val="24"/>
        </w:rPr>
        <w:t>e)   -18 + |11 - 35| =</w:t>
      </w:r>
    </w:p>
    <w:p>
      <w:pPr>
        <w:spacing w:after="60"/>
        <w:ind w:left="170"/>
      </w:pPr>
      <w:r>
        <w:rPr>
          <w:sz w:val="24"/>
        </w:rPr>
        <w:t>ž)   |-18 + 11| - 35 =</w:t>
      </w:r>
    </w:p>
    <w:p>
      <w:pPr>
        <w:spacing w:after="60"/>
        <w:ind w:left="170"/>
      </w:pPr>
      <w:r>
        <w:rPr>
          <w:sz w:val="24"/>
        </w:rPr>
        <w:t>z)   |-18 + 11 - 35| =</w:t>
      </w:r>
    </w:p>
    <w:p>
      <w:pPr>
        <w:spacing w:after="60"/>
        <w:ind w:left="170"/>
      </w:pPr>
      <w:r>
        <w:rPr>
          <w:sz w:val="24"/>
        </w:rPr>
        <w:t>i)   31 - |17 - 46| =</w:t>
      </w:r>
    </w:p>
    <w:p>
      <w:pPr>
        <w:spacing w:before="240"/>
      </w:pPr>
      <w:r>
        <w:rPr>
          <w:i/>
        </w:rPr>
        <w:t>Proveri znakove, zagrade i apsolutne vrednosti pre predaje.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